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5E22" w14:textId="77777777" w:rsidR="003F2201" w:rsidRPr="00AC54A9" w:rsidRDefault="004B21C0">
      <w:pPr>
        <w:spacing w:after="160"/>
        <w:jc w:val="center"/>
        <w:rPr>
          <w:rFonts w:ascii="BIZ UDPゴシック" w:eastAsia="BIZ UDPゴシック" w:hAnsi="BIZ UDPゴシック"/>
          <w:lang w:eastAsia="ja-JP"/>
        </w:rPr>
      </w:pPr>
      <w:r w:rsidRPr="00AC54A9">
        <w:rPr>
          <w:rFonts w:ascii="BIZ UDPゴシック" w:eastAsia="BIZ UDPゴシック" w:hAnsi="BIZ UDPゴシック"/>
          <w:b/>
          <w:sz w:val="32"/>
          <w:lang w:eastAsia="ja-JP"/>
        </w:rPr>
        <w:t>香芝みらい塾2026 エントリーシート</w:t>
      </w:r>
    </w:p>
    <w:tbl>
      <w:tblPr>
        <w:tblW w:w="0" w:type="auto"/>
        <w:jc w:val="center"/>
        <w:tblLayout w:type="fixed"/>
        <w:tblLook w:val="04A0" w:firstRow="1" w:lastRow="0" w:firstColumn="1" w:lastColumn="0" w:noHBand="0" w:noVBand="1"/>
      </w:tblPr>
      <w:tblGrid>
        <w:gridCol w:w="10204"/>
      </w:tblGrid>
      <w:tr w:rsidR="003F2201" w:rsidRPr="00AC54A9" w14:paraId="1B995797" w14:textId="77777777">
        <w:trPr>
          <w:jc w:val="center"/>
        </w:trPr>
        <w:tc>
          <w:tcPr>
            <w:tcW w:w="10204" w:type="dxa"/>
            <w:shd w:val="clear" w:color="auto" w:fill="E7E6E6"/>
            <w:tcMar>
              <w:top w:w="90" w:type="dxa"/>
              <w:left w:w="120" w:type="dxa"/>
              <w:bottom w:w="90" w:type="dxa"/>
              <w:right w:w="120" w:type="dxa"/>
            </w:tcMar>
          </w:tcPr>
          <w:p w14:paraId="5CB80B60" w14:textId="77777777" w:rsidR="003F2201" w:rsidRPr="00AC54A9" w:rsidRDefault="004B21C0">
            <w:pPr>
              <w:keepNext/>
              <w:rPr>
                <w:rFonts w:ascii="BIZ UDPゴシック" w:eastAsia="BIZ UDPゴシック" w:hAnsi="BIZ UDPゴシック"/>
              </w:rPr>
            </w:pPr>
            <w:proofErr w:type="spellStart"/>
            <w:r w:rsidRPr="00AC54A9">
              <w:rPr>
                <w:rFonts w:ascii="BIZ UDPゴシック" w:eastAsia="BIZ UDPゴシック" w:hAnsi="BIZ UDPゴシック"/>
                <w:b/>
                <w:sz w:val="25"/>
              </w:rPr>
              <w:t>はじめに</w:t>
            </w:r>
            <w:proofErr w:type="spellEnd"/>
          </w:p>
        </w:tc>
      </w:tr>
    </w:tbl>
    <w:p w14:paraId="64C1FD0B" w14:textId="77777777" w:rsidR="003F2201" w:rsidRPr="00AC54A9" w:rsidRDefault="003F2201">
      <w:pPr>
        <w:rPr>
          <w:rFonts w:ascii="BIZ UDPゴシック" w:eastAsia="BIZ UDPゴシック" w:hAnsi="BIZ UDPゴシック"/>
        </w:rPr>
      </w:pPr>
    </w:p>
    <w:p w14:paraId="011569E3" w14:textId="77777777" w:rsidR="003F2201" w:rsidRPr="00AC54A9" w:rsidRDefault="004B21C0">
      <w:pPr>
        <w:spacing w:after="40" w:line="252" w:lineRule="auto"/>
        <w:rPr>
          <w:rFonts w:ascii="BIZ UDPゴシック" w:eastAsia="BIZ UDPゴシック" w:hAnsi="BIZ UDPゴシック"/>
          <w:lang w:eastAsia="ja-JP"/>
        </w:rPr>
      </w:pPr>
      <w:r w:rsidRPr="00AC54A9">
        <w:rPr>
          <w:rFonts w:ascii="BIZ UDPゴシック" w:eastAsia="BIZ UDPゴシック" w:hAnsi="BIZ UDPゴシック"/>
          <w:sz w:val="20"/>
          <w:lang w:eastAsia="ja-JP"/>
        </w:rPr>
        <w:t>香芝みらい塾は、起業を目指す方や創業間もない方を対象とした実践型起業塾です。</w:t>
      </w:r>
    </w:p>
    <w:p w14:paraId="2D8BE99B" w14:textId="77777777" w:rsidR="003F2201" w:rsidRPr="00AC54A9" w:rsidRDefault="004B21C0">
      <w:pPr>
        <w:spacing w:after="40" w:line="252" w:lineRule="auto"/>
        <w:rPr>
          <w:rFonts w:ascii="BIZ UDPゴシック" w:eastAsia="BIZ UDPゴシック" w:hAnsi="BIZ UDPゴシック"/>
          <w:lang w:eastAsia="ja-JP"/>
        </w:rPr>
      </w:pPr>
      <w:r w:rsidRPr="00AC54A9">
        <w:rPr>
          <w:rFonts w:ascii="BIZ UDPゴシック" w:eastAsia="BIZ UDPゴシック" w:hAnsi="BIZ UDPゴシック"/>
          <w:sz w:val="20"/>
          <w:lang w:eastAsia="ja-JP"/>
        </w:rPr>
        <w:t>講義だけでなく、事業計画書の作成、グループワーク、最終プレゼンテーションを通じて、自身の事業を具体化していきます。</w:t>
      </w:r>
    </w:p>
    <w:p w14:paraId="6B8DA55E" w14:textId="77777777" w:rsidR="003F2201" w:rsidRPr="00AC54A9" w:rsidRDefault="004B21C0">
      <w:pPr>
        <w:spacing w:after="40" w:line="252" w:lineRule="auto"/>
        <w:rPr>
          <w:rFonts w:ascii="BIZ UDPゴシック" w:eastAsia="BIZ UDPゴシック" w:hAnsi="BIZ UDPゴシック"/>
          <w:lang w:eastAsia="ja-JP"/>
        </w:rPr>
      </w:pPr>
      <w:r w:rsidRPr="00AC54A9">
        <w:rPr>
          <w:rFonts w:ascii="BIZ UDPゴシック" w:eastAsia="BIZ UDPゴシック" w:hAnsi="BIZ UDPゴシック"/>
          <w:sz w:val="20"/>
          <w:lang w:eastAsia="ja-JP"/>
        </w:rPr>
        <w:t>応募多数の場合は、事業内容や受講意欲等を総合的に判断し選考を行います。</w:t>
      </w:r>
    </w:p>
    <w:p w14:paraId="340DE61F" w14:textId="77777777" w:rsidR="003F2201" w:rsidRPr="00AC54A9" w:rsidRDefault="004B21C0">
      <w:pPr>
        <w:spacing w:after="40" w:line="252" w:lineRule="auto"/>
        <w:rPr>
          <w:rFonts w:ascii="BIZ UDPゴシック" w:eastAsia="BIZ UDPゴシック" w:hAnsi="BIZ UDPゴシック" w:hint="eastAsia"/>
          <w:sz w:val="20"/>
          <w:lang w:eastAsia="ja-JP"/>
        </w:rPr>
      </w:pPr>
      <w:r w:rsidRPr="00AC54A9">
        <w:rPr>
          <w:rFonts w:ascii="BIZ UDPゴシック" w:eastAsia="BIZ UDPゴシック" w:hAnsi="BIZ UDPゴシック"/>
          <w:sz w:val="20"/>
          <w:lang w:eastAsia="ja-JP"/>
        </w:rPr>
        <w:t>なお、香芝みらい塾は香芝市での創業を目指す方を主な対象としております。</w:t>
      </w:r>
    </w:p>
    <w:p w14:paraId="049C3A52" w14:textId="77777777" w:rsidR="004B21C0" w:rsidRPr="00AC54A9" w:rsidRDefault="004B21C0">
      <w:pPr>
        <w:spacing w:after="40" w:line="252" w:lineRule="auto"/>
        <w:rPr>
          <w:rFonts w:ascii="BIZ UDPゴシック" w:eastAsia="BIZ UDPゴシック" w:hAnsi="BIZ UDPゴシック" w:hint="eastAsia"/>
          <w:lang w:eastAsia="ja-JP"/>
        </w:rPr>
      </w:pPr>
    </w:p>
    <w:p w14:paraId="144202C3" w14:textId="77777777" w:rsidR="003F2201" w:rsidRPr="00AC54A9" w:rsidRDefault="004B21C0">
      <w:pPr>
        <w:spacing w:before="120" w:after="40"/>
        <w:rPr>
          <w:rFonts w:ascii="BIZ UDPゴシック" w:eastAsia="BIZ UDPゴシック" w:hAnsi="BIZ UDPゴシック"/>
          <w:lang w:eastAsia="ja-JP"/>
        </w:rPr>
      </w:pPr>
      <w:r w:rsidRPr="00AC54A9">
        <w:rPr>
          <w:rFonts w:ascii="BIZ UDPゴシック" w:eastAsia="BIZ UDPゴシック" w:hAnsi="BIZ UDPゴシック"/>
          <w:b/>
          <w:sz w:val="22"/>
          <w:lang w:eastAsia="ja-JP"/>
        </w:rPr>
        <w:t>受講規約について</w:t>
      </w:r>
    </w:p>
    <w:p w14:paraId="4370C1F7" w14:textId="2CE86C3F"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sz w:val="20"/>
          <w:lang w:eastAsia="ja-JP"/>
        </w:rPr>
        <w:t>必ず香芝みらい塾受講規約をご確認の上</w:t>
      </w:r>
      <w:r w:rsidRPr="00AC54A9">
        <w:rPr>
          <w:rFonts w:ascii="BIZ UDPゴシック" w:eastAsia="BIZ UDPゴシック" w:hAnsi="BIZ UDPゴシック" w:cs="ＭＳ 明朝" w:hint="eastAsia"/>
          <w:sz w:val="20"/>
          <w:lang w:eastAsia="ja-JP"/>
        </w:rPr>
        <w:t>、</w:t>
      </w:r>
      <w:r w:rsidRPr="00AC54A9">
        <w:rPr>
          <w:rFonts w:ascii="BIZ UDPゴシック" w:eastAsia="BIZ UDPゴシック" w:hAnsi="BIZ UDPゴシック"/>
          <w:sz w:val="20"/>
          <w:lang w:eastAsia="ja-JP"/>
        </w:rPr>
        <w:t>ご応募ください。</w:t>
      </w:r>
    </w:p>
    <w:p w14:paraId="57CDF360" w14:textId="77777777" w:rsidR="003F2201" w:rsidRPr="00AC54A9" w:rsidRDefault="004B21C0">
      <w:pPr>
        <w:spacing w:before="20" w:after="120"/>
        <w:rPr>
          <w:rFonts w:ascii="BIZ UDPゴシック" w:eastAsia="BIZ UDPゴシック" w:hAnsi="BIZ UDPゴシック" w:hint="eastAsia"/>
          <w:b/>
          <w:lang w:eastAsia="ja-JP"/>
        </w:rPr>
      </w:pPr>
      <w:r w:rsidRPr="00AC54A9">
        <w:rPr>
          <w:rFonts w:ascii="BIZ UDPゴシック" w:eastAsia="BIZ UDPゴシック" w:hAnsi="BIZ UDPゴシック"/>
          <w:b/>
          <w:lang w:eastAsia="ja-JP"/>
        </w:rPr>
        <w:t>□ 受講規約に同意し、申し込みます</w:t>
      </w:r>
    </w:p>
    <w:p w14:paraId="2DAD53CE" w14:textId="0B662E3F" w:rsidR="004B21C0" w:rsidRPr="00AC54A9" w:rsidRDefault="004B21C0">
      <w:pPr>
        <w:spacing w:before="20" w:after="120"/>
        <w:rPr>
          <w:rFonts w:ascii="BIZ UDPゴシック" w:eastAsia="BIZ UDPゴシック" w:hAnsi="BIZ UDPゴシック" w:hint="eastAsia"/>
          <w:bCs/>
          <w:lang w:eastAsia="ja-JP"/>
        </w:rPr>
      </w:pPr>
      <w:r w:rsidRPr="00AC54A9">
        <w:rPr>
          <w:rFonts w:ascii="BIZ UDPゴシック" w:eastAsia="BIZ UDPゴシック" w:hAnsi="BIZ UDPゴシック" w:hint="eastAsia"/>
          <w:bCs/>
          <w:lang w:eastAsia="ja-JP"/>
        </w:rPr>
        <w:t>チェックいただけない場合は、お申込いただけません。</w:t>
      </w:r>
    </w:p>
    <w:p w14:paraId="649630FA" w14:textId="77777777" w:rsidR="004B21C0" w:rsidRPr="00AC54A9" w:rsidRDefault="004B21C0">
      <w:pPr>
        <w:spacing w:before="20" w:after="120"/>
        <w:rPr>
          <w:rFonts w:ascii="BIZ UDPゴシック" w:eastAsia="BIZ UDPゴシック" w:hAnsi="BIZ UDPゴシック" w:hint="eastAsia"/>
          <w:lang w:eastAsia="ja-JP"/>
        </w:rPr>
      </w:pPr>
    </w:p>
    <w:tbl>
      <w:tblPr>
        <w:tblW w:w="0" w:type="auto"/>
        <w:jc w:val="center"/>
        <w:tblLayout w:type="fixed"/>
        <w:tblLook w:val="04A0" w:firstRow="1" w:lastRow="0" w:firstColumn="1" w:lastColumn="0" w:noHBand="0" w:noVBand="1"/>
      </w:tblPr>
      <w:tblGrid>
        <w:gridCol w:w="10204"/>
      </w:tblGrid>
      <w:tr w:rsidR="003F2201" w:rsidRPr="00AC54A9" w14:paraId="4B125E01" w14:textId="77777777">
        <w:trPr>
          <w:jc w:val="center"/>
        </w:trPr>
        <w:tc>
          <w:tcPr>
            <w:tcW w:w="10204" w:type="dxa"/>
            <w:shd w:val="clear" w:color="auto" w:fill="E7E6E6"/>
            <w:tcMar>
              <w:top w:w="90" w:type="dxa"/>
              <w:left w:w="120" w:type="dxa"/>
              <w:bottom w:w="90" w:type="dxa"/>
              <w:right w:w="120" w:type="dxa"/>
            </w:tcMar>
          </w:tcPr>
          <w:p w14:paraId="12FE9121"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t xml:space="preserve">1. </w:t>
            </w:r>
            <w:proofErr w:type="spellStart"/>
            <w:r w:rsidRPr="00AC54A9">
              <w:rPr>
                <w:rFonts w:ascii="BIZ UDPゴシック" w:eastAsia="BIZ UDPゴシック" w:hAnsi="BIZ UDPゴシック"/>
                <w:b/>
                <w:sz w:val="25"/>
              </w:rPr>
              <w:t>基本情報</w:t>
            </w:r>
            <w:proofErr w:type="spellEnd"/>
          </w:p>
        </w:tc>
      </w:tr>
    </w:tbl>
    <w:p w14:paraId="1AAD1CFD" w14:textId="77777777" w:rsidR="003F2201" w:rsidRPr="00AC54A9" w:rsidRDefault="003F2201">
      <w:pPr>
        <w:rPr>
          <w:rFonts w:ascii="BIZ UDPゴシック" w:eastAsia="BIZ UDPゴシック" w:hAnsi="BIZ UDPゴシック"/>
        </w:rPr>
      </w:pPr>
    </w:p>
    <w:tbl>
      <w:tblPr>
        <w:tblW w:w="0" w:type="auto"/>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4A0" w:firstRow="1" w:lastRow="0" w:firstColumn="1" w:lastColumn="0" w:noHBand="0" w:noVBand="1"/>
      </w:tblPr>
      <w:tblGrid>
        <w:gridCol w:w="1587"/>
        <w:gridCol w:w="3514"/>
        <w:gridCol w:w="1814"/>
        <w:gridCol w:w="3288"/>
      </w:tblGrid>
      <w:tr w:rsidR="003F2201" w:rsidRPr="00AC54A9" w14:paraId="76793195" w14:textId="77777777">
        <w:trPr>
          <w:cantSplit/>
          <w:trHeight w:val="737"/>
          <w:jc w:val="center"/>
        </w:trPr>
        <w:tc>
          <w:tcPr>
            <w:tcW w:w="1587" w:type="dxa"/>
            <w:shd w:val="clear" w:color="auto" w:fill="F2F2F2"/>
            <w:tcMar>
              <w:top w:w="80" w:type="dxa"/>
              <w:left w:w="90" w:type="dxa"/>
              <w:bottom w:w="80" w:type="dxa"/>
              <w:right w:w="90" w:type="dxa"/>
            </w:tcMar>
          </w:tcPr>
          <w:p w14:paraId="7E3DDA77"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氏名</w:t>
            </w:r>
          </w:p>
        </w:tc>
        <w:tc>
          <w:tcPr>
            <w:tcW w:w="3514" w:type="dxa"/>
            <w:tcMar>
              <w:top w:w="80" w:type="dxa"/>
              <w:left w:w="90" w:type="dxa"/>
              <w:bottom w:w="80" w:type="dxa"/>
              <w:right w:w="90" w:type="dxa"/>
            </w:tcMar>
          </w:tcPr>
          <w:p w14:paraId="25F30F27" w14:textId="77777777" w:rsidR="003F2201" w:rsidRPr="00AC54A9" w:rsidRDefault="003F2201">
            <w:pPr>
              <w:rPr>
                <w:rFonts w:ascii="BIZ UDPゴシック" w:eastAsia="BIZ UDPゴシック" w:hAnsi="BIZ UDPゴシック"/>
              </w:rPr>
            </w:pPr>
          </w:p>
        </w:tc>
        <w:tc>
          <w:tcPr>
            <w:tcW w:w="1814" w:type="dxa"/>
            <w:shd w:val="clear" w:color="auto" w:fill="F2F2F2"/>
            <w:tcMar>
              <w:top w:w="80" w:type="dxa"/>
              <w:left w:w="90" w:type="dxa"/>
              <w:bottom w:w="80" w:type="dxa"/>
              <w:right w:w="90" w:type="dxa"/>
            </w:tcMar>
          </w:tcPr>
          <w:p w14:paraId="789911D2"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フリガナ</w:t>
            </w:r>
          </w:p>
        </w:tc>
        <w:tc>
          <w:tcPr>
            <w:tcW w:w="3288" w:type="dxa"/>
            <w:tcMar>
              <w:top w:w="80" w:type="dxa"/>
              <w:left w:w="90" w:type="dxa"/>
              <w:bottom w:w="80" w:type="dxa"/>
              <w:right w:w="90" w:type="dxa"/>
            </w:tcMar>
          </w:tcPr>
          <w:p w14:paraId="234DB082" w14:textId="77777777" w:rsidR="003F2201" w:rsidRPr="00AC54A9" w:rsidRDefault="003F2201">
            <w:pPr>
              <w:rPr>
                <w:rFonts w:ascii="BIZ UDPゴシック" w:eastAsia="BIZ UDPゴシック" w:hAnsi="BIZ UDPゴシック"/>
              </w:rPr>
            </w:pPr>
          </w:p>
        </w:tc>
      </w:tr>
      <w:tr w:rsidR="003F2201" w:rsidRPr="00AC54A9" w14:paraId="5BA40E79" w14:textId="77777777">
        <w:trPr>
          <w:cantSplit/>
          <w:trHeight w:val="737"/>
          <w:jc w:val="center"/>
        </w:trPr>
        <w:tc>
          <w:tcPr>
            <w:tcW w:w="1587" w:type="dxa"/>
            <w:shd w:val="clear" w:color="auto" w:fill="F2F2F2"/>
            <w:tcMar>
              <w:top w:w="80" w:type="dxa"/>
              <w:left w:w="90" w:type="dxa"/>
              <w:bottom w:w="80" w:type="dxa"/>
              <w:right w:w="90" w:type="dxa"/>
            </w:tcMar>
          </w:tcPr>
          <w:p w14:paraId="22701079"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生年月日</w:t>
            </w:r>
          </w:p>
        </w:tc>
        <w:tc>
          <w:tcPr>
            <w:tcW w:w="3514" w:type="dxa"/>
            <w:tcMar>
              <w:top w:w="80" w:type="dxa"/>
              <w:left w:w="90" w:type="dxa"/>
              <w:bottom w:w="80" w:type="dxa"/>
              <w:right w:w="90" w:type="dxa"/>
            </w:tcMar>
          </w:tcPr>
          <w:p w14:paraId="4034C8CD"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年　　　月　　　日</w:t>
            </w:r>
          </w:p>
        </w:tc>
        <w:tc>
          <w:tcPr>
            <w:tcW w:w="1814" w:type="dxa"/>
            <w:shd w:val="clear" w:color="auto" w:fill="F2F2F2"/>
            <w:tcMar>
              <w:top w:w="80" w:type="dxa"/>
              <w:left w:w="90" w:type="dxa"/>
              <w:bottom w:w="80" w:type="dxa"/>
              <w:right w:w="90" w:type="dxa"/>
            </w:tcMar>
          </w:tcPr>
          <w:p w14:paraId="440827F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電話番号</w:t>
            </w:r>
          </w:p>
        </w:tc>
        <w:tc>
          <w:tcPr>
            <w:tcW w:w="3288" w:type="dxa"/>
            <w:tcMar>
              <w:top w:w="80" w:type="dxa"/>
              <w:left w:w="90" w:type="dxa"/>
              <w:bottom w:w="80" w:type="dxa"/>
              <w:right w:w="90" w:type="dxa"/>
            </w:tcMar>
          </w:tcPr>
          <w:p w14:paraId="07F1A06C" w14:textId="77777777" w:rsidR="003F2201" w:rsidRPr="00AC54A9" w:rsidRDefault="003F2201">
            <w:pPr>
              <w:rPr>
                <w:rFonts w:ascii="BIZ UDPゴシック" w:eastAsia="BIZ UDPゴシック" w:hAnsi="BIZ UDPゴシック"/>
              </w:rPr>
            </w:pPr>
          </w:p>
        </w:tc>
      </w:tr>
      <w:tr w:rsidR="003F2201" w:rsidRPr="00AC54A9" w14:paraId="1A9B27D0" w14:textId="77777777">
        <w:trPr>
          <w:cantSplit/>
          <w:trHeight w:val="1134"/>
          <w:jc w:val="center"/>
        </w:trPr>
        <w:tc>
          <w:tcPr>
            <w:tcW w:w="1587" w:type="dxa"/>
            <w:shd w:val="clear" w:color="auto" w:fill="F2F2F2"/>
            <w:tcMar>
              <w:top w:w="80" w:type="dxa"/>
              <w:left w:w="90" w:type="dxa"/>
              <w:bottom w:w="80" w:type="dxa"/>
              <w:right w:w="90" w:type="dxa"/>
            </w:tcMar>
          </w:tcPr>
          <w:p w14:paraId="3FCC1D7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住所</w:t>
            </w:r>
          </w:p>
        </w:tc>
        <w:tc>
          <w:tcPr>
            <w:tcW w:w="8616" w:type="dxa"/>
            <w:gridSpan w:val="3"/>
            <w:tcMar>
              <w:top w:w="80" w:type="dxa"/>
              <w:left w:w="90" w:type="dxa"/>
              <w:bottom w:w="80" w:type="dxa"/>
              <w:right w:w="90" w:type="dxa"/>
            </w:tcMar>
          </w:tcPr>
          <w:p w14:paraId="1493FC9C" w14:textId="77777777" w:rsidR="003F2201" w:rsidRPr="00AC54A9" w:rsidRDefault="003F2201">
            <w:pPr>
              <w:rPr>
                <w:rFonts w:ascii="BIZ UDPゴシック" w:eastAsia="BIZ UDPゴシック" w:hAnsi="BIZ UDPゴシック"/>
              </w:rPr>
            </w:pPr>
          </w:p>
          <w:p w14:paraId="0C4EA8FE" w14:textId="77777777" w:rsidR="003F2201" w:rsidRPr="00AC54A9" w:rsidRDefault="003F2201">
            <w:pPr>
              <w:rPr>
                <w:rFonts w:ascii="BIZ UDPゴシック" w:eastAsia="BIZ UDPゴシック" w:hAnsi="BIZ UDPゴシック"/>
              </w:rPr>
            </w:pPr>
          </w:p>
          <w:p w14:paraId="40B5D437" w14:textId="77777777" w:rsidR="003F2201" w:rsidRPr="00AC54A9" w:rsidRDefault="003F2201">
            <w:pPr>
              <w:rPr>
                <w:rFonts w:ascii="BIZ UDPゴシック" w:eastAsia="BIZ UDPゴシック" w:hAnsi="BIZ UDPゴシック"/>
              </w:rPr>
            </w:pPr>
          </w:p>
        </w:tc>
      </w:tr>
      <w:tr w:rsidR="003F2201" w:rsidRPr="00AC54A9" w14:paraId="6208BF73" w14:textId="77777777">
        <w:trPr>
          <w:cantSplit/>
          <w:trHeight w:val="737"/>
          <w:jc w:val="center"/>
        </w:trPr>
        <w:tc>
          <w:tcPr>
            <w:tcW w:w="1587" w:type="dxa"/>
            <w:shd w:val="clear" w:color="auto" w:fill="F2F2F2"/>
            <w:tcMar>
              <w:top w:w="80" w:type="dxa"/>
              <w:left w:w="90" w:type="dxa"/>
              <w:bottom w:w="80" w:type="dxa"/>
              <w:right w:w="90" w:type="dxa"/>
            </w:tcMar>
          </w:tcPr>
          <w:p w14:paraId="4D530445"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メールアドレス</w:t>
            </w:r>
          </w:p>
        </w:tc>
        <w:tc>
          <w:tcPr>
            <w:tcW w:w="8616" w:type="dxa"/>
            <w:gridSpan w:val="3"/>
            <w:tcMar>
              <w:top w:w="80" w:type="dxa"/>
              <w:left w:w="90" w:type="dxa"/>
              <w:bottom w:w="80" w:type="dxa"/>
              <w:right w:w="90" w:type="dxa"/>
            </w:tcMar>
          </w:tcPr>
          <w:p w14:paraId="04D79D44" w14:textId="77777777" w:rsidR="003F2201" w:rsidRPr="00AC54A9" w:rsidRDefault="003F2201">
            <w:pPr>
              <w:rPr>
                <w:rFonts w:ascii="BIZ UDPゴシック" w:eastAsia="BIZ UDPゴシック" w:hAnsi="BIZ UDPゴシック"/>
              </w:rPr>
            </w:pPr>
          </w:p>
          <w:p w14:paraId="5EB8F725" w14:textId="77777777" w:rsidR="003F2201" w:rsidRPr="00AC54A9" w:rsidRDefault="003F2201">
            <w:pPr>
              <w:rPr>
                <w:rFonts w:ascii="BIZ UDPゴシック" w:eastAsia="BIZ UDPゴシック" w:hAnsi="BIZ UDPゴシック"/>
              </w:rPr>
            </w:pPr>
          </w:p>
          <w:p w14:paraId="78EE1E2E" w14:textId="77777777" w:rsidR="003F2201" w:rsidRPr="00AC54A9" w:rsidRDefault="003F2201">
            <w:pPr>
              <w:rPr>
                <w:rFonts w:ascii="BIZ UDPゴシック" w:eastAsia="BIZ UDPゴシック" w:hAnsi="BIZ UDPゴシック"/>
              </w:rPr>
            </w:pPr>
          </w:p>
        </w:tc>
      </w:tr>
      <w:tr w:rsidR="003F2201" w:rsidRPr="00AC54A9" w14:paraId="31B359B1" w14:textId="77777777">
        <w:trPr>
          <w:cantSplit/>
          <w:trHeight w:val="737"/>
          <w:jc w:val="center"/>
        </w:trPr>
        <w:tc>
          <w:tcPr>
            <w:tcW w:w="1587" w:type="dxa"/>
            <w:shd w:val="clear" w:color="auto" w:fill="F2F2F2"/>
            <w:tcMar>
              <w:top w:w="80" w:type="dxa"/>
              <w:left w:w="90" w:type="dxa"/>
              <w:bottom w:w="80" w:type="dxa"/>
              <w:right w:w="90" w:type="dxa"/>
            </w:tcMar>
          </w:tcPr>
          <w:p w14:paraId="04A5789F"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現在の職業</w:t>
            </w:r>
          </w:p>
        </w:tc>
        <w:tc>
          <w:tcPr>
            <w:tcW w:w="3514" w:type="dxa"/>
            <w:tcMar>
              <w:top w:w="80" w:type="dxa"/>
              <w:left w:w="90" w:type="dxa"/>
              <w:bottom w:w="80" w:type="dxa"/>
              <w:right w:w="90" w:type="dxa"/>
            </w:tcMar>
          </w:tcPr>
          <w:p w14:paraId="5B111712" w14:textId="77777777" w:rsidR="003F2201" w:rsidRPr="00AC54A9" w:rsidRDefault="003F2201">
            <w:pPr>
              <w:rPr>
                <w:rFonts w:ascii="BIZ UDPゴシック" w:eastAsia="BIZ UDPゴシック" w:hAnsi="BIZ UDPゴシック"/>
              </w:rPr>
            </w:pPr>
          </w:p>
        </w:tc>
        <w:tc>
          <w:tcPr>
            <w:tcW w:w="1814" w:type="dxa"/>
            <w:shd w:val="clear" w:color="auto" w:fill="F2F2F2"/>
            <w:tcMar>
              <w:top w:w="80" w:type="dxa"/>
              <w:left w:w="90" w:type="dxa"/>
              <w:bottom w:w="80" w:type="dxa"/>
              <w:right w:w="90" w:type="dxa"/>
            </w:tcMar>
          </w:tcPr>
          <w:p w14:paraId="39AEE6EE"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勤務先（任意）</w:t>
            </w:r>
          </w:p>
        </w:tc>
        <w:tc>
          <w:tcPr>
            <w:tcW w:w="3288" w:type="dxa"/>
            <w:tcMar>
              <w:top w:w="80" w:type="dxa"/>
              <w:left w:w="90" w:type="dxa"/>
              <w:bottom w:w="80" w:type="dxa"/>
              <w:right w:w="90" w:type="dxa"/>
            </w:tcMar>
          </w:tcPr>
          <w:p w14:paraId="05DE06B1" w14:textId="77777777" w:rsidR="003F2201" w:rsidRPr="00AC54A9" w:rsidRDefault="003F2201">
            <w:pPr>
              <w:rPr>
                <w:rFonts w:ascii="BIZ UDPゴシック" w:eastAsia="BIZ UDPゴシック" w:hAnsi="BIZ UDPゴシック"/>
              </w:rPr>
            </w:pPr>
          </w:p>
        </w:tc>
      </w:tr>
    </w:tbl>
    <w:p w14:paraId="4884A747"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rPr>
        <w:br w:type="page"/>
      </w:r>
    </w:p>
    <w:tbl>
      <w:tblPr>
        <w:tblW w:w="0" w:type="auto"/>
        <w:jc w:val="center"/>
        <w:tblLayout w:type="fixed"/>
        <w:tblLook w:val="04A0" w:firstRow="1" w:lastRow="0" w:firstColumn="1" w:lastColumn="0" w:noHBand="0" w:noVBand="1"/>
      </w:tblPr>
      <w:tblGrid>
        <w:gridCol w:w="10204"/>
      </w:tblGrid>
      <w:tr w:rsidR="003F2201" w:rsidRPr="00AC54A9" w14:paraId="68BBD45D" w14:textId="77777777">
        <w:trPr>
          <w:jc w:val="center"/>
        </w:trPr>
        <w:tc>
          <w:tcPr>
            <w:tcW w:w="10204" w:type="dxa"/>
            <w:shd w:val="clear" w:color="auto" w:fill="E7E6E6"/>
            <w:tcMar>
              <w:top w:w="90" w:type="dxa"/>
              <w:left w:w="120" w:type="dxa"/>
              <w:bottom w:w="90" w:type="dxa"/>
              <w:right w:w="120" w:type="dxa"/>
            </w:tcMar>
          </w:tcPr>
          <w:p w14:paraId="24122FAD"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2. 現在の状況について</w:t>
            </w:r>
          </w:p>
        </w:tc>
      </w:tr>
    </w:tbl>
    <w:p w14:paraId="08CEEFCC" w14:textId="77777777" w:rsidR="003F2201" w:rsidRPr="00AC54A9" w:rsidRDefault="003F2201">
      <w:pPr>
        <w:rPr>
          <w:rFonts w:ascii="BIZ UDPゴシック" w:eastAsia="BIZ UDPゴシック" w:hAnsi="BIZ UDPゴシック"/>
        </w:rPr>
      </w:pPr>
    </w:p>
    <w:p w14:paraId="05D209D4"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sz w:val="20"/>
          <w:lang w:eastAsia="ja-JP"/>
        </w:rPr>
        <w:t>現在の状況について教えてください。</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58652E95" w14:textId="77777777">
        <w:trPr>
          <w:cantSplit/>
          <w:jc w:val="center"/>
        </w:trPr>
        <w:tc>
          <w:tcPr>
            <w:tcW w:w="5102" w:type="dxa"/>
            <w:tcMar>
              <w:top w:w="35" w:type="dxa"/>
              <w:left w:w="65" w:type="dxa"/>
              <w:bottom w:w="35" w:type="dxa"/>
              <w:right w:w="65" w:type="dxa"/>
            </w:tcMar>
          </w:tcPr>
          <w:p w14:paraId="65CFBDA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起業準備中</w:t>
            </w:r>
            <w:proofErr w:type="spellEnd"/>
          </w:p>
        </w:tc>
        <w:tc>
          <w:tcPr>
            <w:tcW w:w="5102" w:type="dxa"/>
            <w:tcMar>
              <w:top w:w="35" w:type="dxa"/>
              <w:left w:w="65" w:type="dxa"/>
              <w:bottom w:w="35" w:type="dxa"/>
              <w:right w:w="65" w:type="dxa"/>
            </w:tcMar>
          </w:tcPr>
          <w:p w14:paraId="6DAB1C2F"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開業後1年未満</w:t>
            </w:r>
          </w:p>
        </w:tc>
      </w:tr>
      <w:tr w:rsidR="003F2201" w:rsidRPr="00AC54A9" w14:paraId="768DDA5B" w14:textId="77777777">
        <w:trPr>
          <w:cantSplit/>
          <w:jc w:val="center"/>
        </w:trPr>
        <w:tc>
          <w:tcPr>
            <w:tcW w:w="5102" w:type="dxa"/>
            <w:tcMar>
              <w:top w:w="35" w:type="dxa"/>
              <w:left w:w="65" w:type="dxa"/>
              <w:bottom w:w="35" w:type="dxa"/>
              <w:right w:w="65" w:type="dxa"/>
            </w:tcMar>
          </w:tcPr>
          <w:p w14:paraId="3CB8FF8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開業予定（1年以内）</w:t>
            </w:r>
          </w:p>
        </w:tc>
        <w:tc>
          <w:tcPr>
            <w:tcW w:w="5102" w:type="dxa"/>
            <w:tcMar>
              <w:top w:w="35" w:type="dxa"/>
              <w:left w:w="65" w:type="dxa"/>
              <w:bottom w:w="35" w:type="dxa"/>
              <w:right w:w="65" w:type="dxa"/>
            </w:tcMar>
          </w:tcPr>
          <w:p w14:paraId="2030432D"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開業後1年以上</w:t>
            </w:r>
          </w:p>
        </w:tc>
      </w:tr>
      <w:tr w:rsidR="003F2201" w:rsidRPr="00AC54A9" w14:paraId="59814F2B" w14:textId="77777777">
        <w:trPr>
          <w:cantSplit/>
          <w:jc w:val="center"/>
        </w:trPr>
        <w:tc>
          <w:tcPr>
            <w:tcW w:w="5102" w:type="dxa"/>
            <w:tcMar>
              <w:top w:w="35" w:type="dxa"/>
              <w:left w:w="65" w:type="dxa"/>
              <w:bottom w:w="35" w:type="dxa"/>
              <w:right w:w="65" w:type="dxa"/>
            </w:tcMar>
          </w:tcPr>
          <w:p w14:paraId="3AFEBA10"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開業予定（3年以内）</w:t>
            </w:r>
          </w:p>
        </w:tc>
        <w:tc>
          <w:tcPr>
            <w:tcW w:w="5102" w:type="dxa"/>
            <w:tcMar>
              <w:top w:w="35" w:type="dxa"/>
              <w:left w:w="65" w:type="dxa"/>
              <w:bottom w:w="35" w:type="dxa"/>
              <w:right w:w="65" w:type="dxa"/>
            </w:tcMar>
          </w:tcPr>
          <w:p w14:paraId="5934CBF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その他（　　　　　　　　　　　　）</w:t>
            </w:r>
          </w:p>
        </w:tc>
      </w:tr>
    </w:tbl>
    <w:p w14:paraId="50C7044E" w14:textId="77777777" w:rsidR="003F2201" w:rsidRPr="00AC54A9" w:rsidRDefault="003F2201">
      <w:pPr>
        <w:rPr>
          <w:rFonts w:ascii="BIZ UDPゴシック" w:eastAsia="BIZ UDPゴシック" w:hAnsi="BIZ UDPゴシック"/>
          <w:lang w:eastAsia="ja-JP"/>
        </w:rPr>
      </w:pPr>
    </w:p>
    <w:p w14:paraId="7DFCFC73" w14:textId="77777777" w:rsidR="003F2201" w:rsidRPr="00AC54A9" w:rsidRDefault="004B21C0">
      <w:pPr>
        <w:spacing w:before="60" w:after="40"/>
        <w:rPr>
          <w:rFonts w:ascii="BIZ UDPゴシック" w:eastAsia="BIZ UDPゴシック" w:hAnsi="BIZ UDPゴシック"/>
          <w:lang w:eastAsia="ja-JP"/>
        </w:rPr>
      </w:pPr>
      <w:r w:rsidRPr="00AC54A9">
        <w:rPr>
          <w:rFonts w:ascii="BIZ UDPゴシック" w:eastAsia="BIZ UDPゴシック" w:hAnsi="BIZ UDPゴシック"/>
          <w:color w:val="464646"/>
          <w:sz w:val="19"/>
          <w:lang w:eastAsia="ja-JP"/>
        </w:rPr>
        <w:t>現在事業をしている方は開業届記載の開業日と、所在地を記載してください。</w:t>
      </w:r>
    </w:p>
    <w:tbl>
      <w:tblPr>
        <w:tblW w:w="0" w:type="auto"/>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4A0" w:firstRow="1" w:lastRow="0" w:firstColumn="1" w:lastColumn="0" w:noHBand="0" w:noVBand="1"/>
      </w:tblPr>
      <w:tblGrid>
        <w:gridCol w:w="2551"/>
        <w:gridCol w:w="7653"/>
      </w:tblGrid>
      <w:tr w:rsidR="003F2201" w:rsidRPr="00AC54A9" w14:paraId="41F005C3" w14:textId="77777777">
        <w:trPr>
          <w:cantSplit/>
          <w:trHeight w:val="680"/>
          <w:jc w:val="center"/>
        </w:trPr>
        <w:tc>
          <w:tcPr>
            <w:tcW w:w="2551" w:type="dxa"/>
            <w:shd w:val="clear" w:color="auto" w:fill="F2F2F2"/>
            <w:tcMar>
              <w:top w:w="70" w:type="dxa"/>
              <w:left w:w="80" w:type="dxa"/>
              <w:bottom w:w="70" w:type="dxa"/>
              <w:right w:w="80" w:type="dxa"/>
            </w:tcMar>
          </w:tcPr>
          <w:p w14:paraId="6D6DB8FE" w14:textId="77777777" w:rsidR="003F2201" w:rsidRPr="00AC54A9" w:rsidRDefault="004B21C0">
            <w:pPr>
              <w:rPr>
                <w:rFonts w:ascii="BIZ UDPゴシック" w:eastAsia="BIZ UDPゴシック" w:hAnsi="BIZ UDPゴシック"/>
              </w:rPr>
            </w:pPr>
            <w:proofErr w:type="spellStart"/>
            <w:r w:rsidRPr="00AC54A9">
              <w:rPr>
                <w:rFonts w:ascii="BIZ UDPゴシック" w:eastAsia="BIZ UDPゴシック" w:hAnsi="BIZ UDPゴシック"/>
                <w:b/>
                <w:sz w:val="20"/>
              </w:rPr>
              <w:t>開業届記載の開業日</w:t>
            </w:r>
            <w:proofErr w:type="spellEnd"/>
          </w:p>
        </w:tc>
        <w:tc>
          <w:tcPr>
            <w:tcW w:w="7653" w:type="dxa"/>
            <w:tcMar>
              <w:top w:w="70" w:type="dxa"/>
              <w:left w:w="80" w:type="dxa"/>
              <w:bottom w:w="70" w:type="dxa"/>
              <w:right w:w="80" w:type="dxa"/>
            </w:tcMar>
          </w:tcPr>
          <w:p w14:paraId="255ED3C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年　　　月　　　日</w:t>
            </w:r>
          </w:p>
        </w:tc>
      </w:tr>
      <w:tr w:rsidR="003F2201" w:rsidRPr="00AC54A9" w14:paraId="6C7D4EA8" w14:textId="77777777">
        <w:trPr>
          <w:cantSplit/>
          <w:trHeight w:val="680"/>
          <w:jc w:val="center"/>
        </w:trPr>
        <w:tc>
          <w:tcPr>
            <w:tcW w:w="2551" w:type="dxa"/>
            <w:shd w:val="clear" w:color="auto" w:fill="F2F2F2"/>
            <w:tcMar>
              <w:top w:w="70" w:type="dxa"/>
              <w:left w:w="80" w:type="dxa"/>
              <w:bottom w:w="70" w:type="dxa"/>
              <w:right w:w="80" w:type="dxa"/>
            </w:tcMar>
          </w:tcPr>
          <w:p w14:paraId="3019DCB6"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b/>
                <w:sz w:val="20"/>
              </w:rPr>
              <w:t>所在地</w:t>
            </w:r>
          </w:p>
        </w:tc>
        <w:tc>
          <w:tcPr>
            <w:tcW w:w="7653" w:type="dxa"/>
            <w:tcMar>
              <w:top w:w="70" w:type="dxa"/>
              <w:left w:w="80" w:type="dxa"/>
              <w:bottom w:w="70" w:type="dxa"/>
              <w:right w:w="80" w:type="dxa"/>
            </w:tcMar>
          </w:tcPr>
          <w:p w14:paraId="6B3507E8" w14:textId="77777777" w:rsidR="003F2201" w:rsidRPr="00AC54A9" w:rsidRDefault="003F2201">
            <w:pPr>
              <w:rPr>
                <w:rFonts w:ascii="BIZ UDPゴシック" w:eastAsia="BIZ UDPゴシック" w:hAnsi="BIZ UDPゴシック"/>
              </w:rPr>
            </w:pPr>
          </w:p>
        </w:tc>
      </w:tr>
    </w:tbl>
    <w:p w14:paraId="1E3F7B25" w14:textId="77777777" w:rsidR="003F2201" w:rsidRPr="00AC54A9" w:rsidRDefault="003F2201">
      <w:pPr>
        <w:rPr>
          <w:rFonts w:ascii="BIZ UDPゴシック" w:eastAsia="BIZ UDPゴシック" w:hAnsi="BIZ UDPゴシック"/>
        </w:rPr>
      </w:pPr>
    </w:p>
    <w:tbl>
      <w:tblPr>
        <w:tblW w:w="0" w:type="auto"/>
        <w:jc w:val="center"/>
        <w:tblLayout w:type="fixed"/>
        <w:tblLook w:val="04A0" w:firstRow="1" w:lastRow="0" w:firstColumn="1" w:lastColumn="0" w:noHBand="0" w:noVBand="1"/>
      </w:tblPr>
      <w:tblGrid>
        <w:gridCol w:w="10204"/>
      </w:tblGrid>
      <w:tr w:rsidR="003F2201" w:rsidRPr="00AC54A9" w14:paraId="09A816AA" w14:textId="77777777">
        <w:trPr>
          <w:jc w:val="center"/>
        </w:trPr>
        <w:tc>
          <w:tcPr>
            <w:tcW w:w="10204" w:type="dxa"/>
            <w:shd w:val="clear" w:color="auto" w:fill="E7E6E6"/>
            <w:tcMar>
              <w:top w:w="90" w:type="dxa"/>
              <w:left w:w="120" w:type="dxa"/>
              <w:bottom w:w="90" w:type="dxa"/>
              <w:right w:w="120" w:type="dxa"/>
            </w:tcMar>
          </w:tcPr>
          <w:p w14:paraId="0463F484"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t>3. 創業予定地について</w:t>
            </w:r>
          </w:p>
        </w:tc>
      </w:tr>
    </w:tbl>
    <w:p w14:paraId="107A3FC4" w14:textId="77777777" w:rsidR="003F2201" w:rsidRPr="00AC54A9" w:rsidRDefault="003F2201">
      <w:pPr>
        <w:rPr>
          <w:rFonts w:ascii="BIZ UDPゴシック" w:eastAsia="BIZ UDPゴシック" w:hAnsi="BIZ UDPゴシック"/>
        </w:rPr>
      </w:pPr>
    </w:p>
    <w:p w14:paraId="3CED0B09"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sz w:val="20"/>
          <w:lang w:eastAsia="ja-JP"/>
        </w:rPr>
        <w:t>あなたはどこでの創業を予定していますか？</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791D41EF" w14:textId="77777777">
        <w:trPr>
          <w:cantSplit/>
          <w:jc w:val="center"/>
        </w:trPr>
        <w:tc>
          <w:tcPr>
            <w:tcW w:w="5102" w:type="dxa"/>
            <w:tcMar>
              <w:top w:w="35" w:type="dxa"/>
              <w:left w:w="65" w:type="dxa"/>
              <w:bottom w:w="35" w:type="dxa"/>
              <w:right w:w="65" w:type="dxa"/>
            </w:tcMar>
          </w:tcPr>
          <w:p w14:paraId="6CCD2106"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香芝市内で創業予定</w:t>
            </w:r>
          </w:p>
        </w:tc>
        <w:tc>
          <w:tcPr>
            <w:tcW w:w="5102" w:type="dxa"/>
            <w:tcMar>
              <w:top w:w="35" w:type="dxa"/>
              <w:left w:w="65" w:type="dxa"/>
              <w:bottom w:w="35" w:type="dxa"/>
              <w:right w:w="65" w:type="dxa"/>
            </w:tcMar>
          </w:tcPr>
          <w:p w14:paraId="1478CB55"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未定</w:t>
            </w:r>
            <w:proofErr w:type="spellEnd"/>
          </w:p>
        </w:tc>
      </w:tr>
      <w:tr w:rsidR="003F2201" w:rsidRPr="00AC54A9" w14:paraId="7EB2B27A" w14:textId="77777777">
        <w:trPr>
          <w:cantSplit/>
          <w:jc w:val="center"/>
        </w:trPr>
        <w:tc>
          <w:tcPr>
            <w:tcW w:w="5102" w:type="dxa"/>
            <w:tcMar>
              <w:top w:w="35" w:type="dxa"/>
              <w:left w:w="65" w:type="dxa"/>
              <w:bottom w:w="35" w:type="dxa"/>
              <w:right w:w="65" w:type="dxa"/>
            </w:tcMar>
          </w:tcPr>
          <w:p w14:paraId="727767A8"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香芝市内を第一候補として検討中</w:t>
            </w:r>
          </w:p>
        </w:tc>
        <w:tc>
          <w:tcPr>
            <w:tcW w:w="5102" w:type="dxa"/>
            <w:tcMar>
              <w:top w:w="35" w:type="dxa"/>
              <w:left w:w="65" w:type="dxa"/>
              <w:bottom w:w="35" w:type="dxa"/>
              <w:right w:w="65" w:type="dxa"/>
            </w:tcMar>
          </w:tcPr>
          <w:p w14:paraId="69D07F5B"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その他（　　　　　　　　　　　　　　　）</w:t>
            </w:r>
          </w:p>
        </w:tc>
      </w:tr>
      <w:tr w:rsidR="003F2201" w:rsidRPr="00AC54A9" w14:paraId="211B7D1F" w14:textId="77777777">
        <w:trPr>
          <w:cantSplit/>
          <w:jc w:val="center"/>
        </w:trPr>
        <w:tc>
          <w:tcPr>
            <w:tcW w:w="5102" w:type="dxa"/>
            <w:tcMar>
              <w:top w:w="35" w:type="dxa"/>
              <w:left w:w="65" w:type="dxa"/>
              <w:bottom w:w="35" w:type="dxa"/>
              <w:right w:w="65" w:type="dxa"/>
            </w:tcMar>
          </w:tcPr>
          <w:p w14:paraId="2875EC28"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香芝市近隣（奈良県内）で検討中</w:t>
            </w:r>
          </w:p>
        </w:tc>
        <w:tc>
          <w:tcPr>
            <w:tcW w:w="5102" w:type="dxa"/>
            <w:tcMar>
              <w:top w:w="35" w:type="dxa"/>
              <w:left w:w="65" w:type="dxa"/>
              <w:bottom w:w="35" w:type="dxa"/>
              <w:right w:w="65" w:type="dxa"/>
            </w:tcMar>
          </w:tcPr>
          <w:p w14:paraId="4EF17B7E" w14:textId="77777777" w:rsidR="003F2201" w:rsidRPr="00AC54A9" w:rsidRDefault="003F2201">
            <w:pPr>
              <w:rPr>
                <w:rFonts w:ascii="BIZ UDPゴシック" w:eastAsia="BIZ UDPゴシック" w:hAnsi="BIZ UDPゴシック"/>
                <w:lang w:eastAsia="ja-JP"/>
              </w:rPr>
            </w:pPr>
          </w:p>
        </w:tc>
      </w:tr>
    </w:tbl>
    <w:p w14:paraId="369BDAC4" w14:textId="77777777" w:rsidR="003F2201" w:rsidRPr="00AC54A9" w:rsidRDefault="003F2201">
      <w:pPr>
        <w:rPr>
          <w:rFonts w:ascii="BIZ UDPゴシック" w:eastAsia="BIZ UDPゴシック" w:hAnsi="BIZ UDPゴシック"/>
          <w:lang w:eastAsia="ja-JP"/>
        </w:rPr>
      </w:pPr>
    </w:p>
    <w:p w14:paraId="14245624" w14:textId="77777777" w:rsidR="003F2201" w:rsidRPr="00AC54A9" w:rsidRDefault="004B21C0">
      <w:pPr>
        <w:spacing w:before="20" w:after="20"/>
        <w:rPr>
          <w:rFonts w:ascii="BIZ UDPゴシック" w:eastAsia="BIZ UDPゴシック" w:hAnsi="BIZ UDPゴシック"/>
          <w:lang w:eastAsia="ja-JP"/>
        </w:rPr>
      </w:pPr>
      <w:r w:rsidRPr="00AC54A9">
        <w:rPr>
          <w:rFonts w:ascii="BIZ UDPゴシック" w:eastAsia="BIZ UDPゴシック" w:hAnsi="BIZ UDPゴシック"/>
          <w:b/>
          <w:sz w:val="20"/>
          <w:lang w:eastAsia="ja-JP"/>
        </w:rPr>
        <w:t>創業予定地（候補地）をご記入ください。</w:t>
      </w:r>
    </w:p>
    <w:p w14:paraId="51095AC0"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color w:val="5A5A5A"/>
          <w:sz w:val="17"/>
          <w:lang w:eastAsia="ja-JP"/>
        </w:rPr>
        <w:t>例）香芝市五位堂周辺／近鉄下田駅周辺／香芝市内で物件探し中／未定</w:t>
      </w:r>
    </w:p>
    <w:p w14:paraId="6EEB5003" w14:textId="77777777" w:rsidR="003F2201" w:rsidRPr="00AC54A9" w:rsidRDefault="003F2201">
      <w:pPr>
        <w:keepNext/>
        <w:spacing w:before="40" w:after="20"/>
        <w:rPr>
          <w:rFonts w:ascii="BIZ UDPゴシック" w:eastAsia="BIZ UDPゴシック" w:hAnsi="BIZ UDPゴシック"/>
          <w:lang w:eastAsia="ja-JP"/>
        </w:rPr>
      </w:pP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6EB667CD" w14:textId="77777777">
        <w:trPr>
          <w:cantSplit/>
          <w:trHeight w:val="1247"/>
          <w:jc w:val="center"/>
        </w:trPr>
        <w:tc>
          <w:tcPr>
            <w:tcW w:w="10204" w:type="dxa"/>
            <w:tcMar>
              <w:top w:w="90" w:type="dxa"/>
              <w:left w:w="100" w:type="dxa"/>
              <w:bottom w:w="90" w:type="dxa"/>
              <w:right w:w="100" w:type="dxa"/>
            </w:tcMar>
          </w:tcPr>
          <w:p w14:paraId="5469823E" w14:textId="77777777" w:rsidR="003F2201" w:rsidRPr="00AC54A9" w:rsidRDefault="003F2201">
            <w:pPr>
              <w:rPr>
                <w:rFonts w:ascii="BIZ UDPゴシック" w:eastAsia="BIZ UDPゴシック" w:hAnsi="BIZ UDPゴシック"/>
                <w:lang w:eastAsia="ja-JP"/>
              </w:rPr>
            </w:pPr>
          </w:p>
        </w:tc>
      </w:tr>
    </w:tbl>
    <w:p w14:paraId="66B91729" w14:textId="77777777" w:rsidR="003F2201" w:rsidRPr="00AC54A9" w:rsidRDefault="003F2201">
      <w:pPr>
        <w:rPr>
          <w:rFonts w:ascii="BIZ UDPゴシック" w:eastAsia="BIZ UDPゴシック" w:hAnsi="BIZ UDPゴシック"/>
          <w:lang w:eastAsia="ja-JP"/>
        </w:rPr>
      </w:pPr>
    </w:p>
    <w:tbl>
      <w:tblPr>
        <w:tblW w:w="0" w:type="auto"/>
        <w:jc w:val="center"/>
        <w:tblLayout w:type="fixed"/>
        <w:tblLook w:val="04A0" w:firstRow="1" w:lastRow="0" w:firstColumn="1" w:lastColumn="0" w:noHBand="0" w:noVBand="1"/>
      </w:tblPr>
      <w:tblGrid>
        <w:gridCol w:w="10204"/>
      </w:tblGrid>
      <w:tr w:rsidR="003F2201" w:rsidRPr="00AC54A9" w14:paraId="3BAC34F7" w14:textId="77777777">
        <w:trPr>
          <w:jc w:val="center"/>
        </w:trPr>
        <w:tc>
          <w:tcPr>
            <w:tcW w:w="10204" w:type="dxa"/>
            <w:shd w:val="clear" w:color="auto" w:fill="E7E6E6"/>
            <w:tcMar>
              <w:top w:w="90" w:type="dxa"/>
              <w:left w:w="120" w:type="dxa"/>
              <w:bottom w:w="90" w:type="dxa"/>
              <w:right w:w="120" w:type="dxa"/>
            </w:tcMar>
          </w:tcPr>
          <w:p w14:paraId="65BA6B1D"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t xml:space="preserve">4. </w:t>
            </w:r>
            <w:proofErr w:type="spellStart"/>
            <w:r w:rsidRPr="00AC54A9">
              <w:rPr>
                <w:rFonts w:ascii="BIZ UDPゴシック" w:eastAsia="BIZ UDPゴシック" w:hAnsi="BIZ UDPゴシック"/>
                <w:b/>
                <w:sz w:val="25"/>
              </w:rPr>
              <w:t>ご自身について</w:t>
            </w:r>
            <w:proofErr w:type="spellEnd"/>
          </w:p>
        </w:tc>
      </w:tr>
    </w:tbl>
    <w:p w14:paraId="5878C41E" w14:textId="77777777" w:rsidR="003F2201" w:rsidRPr="00AC54A9" w:rsidRDefault="003F2201">
      <w:pPr>
        <w:rPr>
          <w:rFonts w:ascii="BIZ UDPゴシック" w:eastAsia="BIZ UDPゴシック" w:hAnsi="BIZ UDPゴシック"/>
        </w:rPr>
      </w:pPr>
    </w:p>
    <w:p w14:paraId="2C088B51"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これまでの経歴や経験、保有資格についてご記入ください。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3B3BBA59" w14:textId="77777777">
        <w:trPr>
          <w:cantSplit/>
          <w:trHeight w:val="2551"/>
          <w:jc w:val="center"/>
        </w:trPr>
        <w:tc>
          <w:tcPr>
            <w:tcW w:w="10204" w:type="dxa"/>
            <w:tcMar>
              <w:top w:w="90" w:type="dxa"/>
              <w:left w:w="100" w:type="dxa"/>
              <w:bottom w:w="90" w:type="dxa"/>
              <w:right w:w="100" w:type="dxa"/>
            </w:tcMar>
          </w:tcPr>
          <w:p w14:paraId="5ED562CA" w14:textId="77777777" w:rsidR="003F2201" w:rsidRPr="00AC54A9" w:rsidRDefault="003F2201">
            <w:pPr>
              <w:rPr>
                <w:rFonts w:ascii="BIZ UDPゴシック" w:eastAsia="BIZ UDPゴシック" w:hAnsi="BIZ UDPゴシック"/>
                <w:lang w:eastAsia="ja-JP"/>
              </w:rPr>
            </w:pPr>
          </w:p>
        </w:tc>
      </w:tr>
    </w:tbl>
    <w:p w14:paraId="7D68AF70" w14:textId="77777777" w:rsidR="003F2201" w:rsidRPr="00AC54A9" w:rsidRDefault="003F2201">
      <w:pPr>
        <w:rPr>
          <w:rFonts w:ascii="BIZ UDPゴシック" w:eastAsia="BIZ UDPゴシック" w:hAnsi="BIZ UDPゴシック"/>
          <w:lang w:eastAsia="ja-JP"/>
        </w:rPr>
      </w:pPr>
    </w:p>
    <w:p w14:paraId="341F43FD"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02A913C6" w14:textId="77777777">
        <w:trPr>
          <w:jc w:val="center"/>
        </w:trPr>
        <w:tc>
          <w:tcPr>
            <w:tcW w:w="10204" w:type="dxa"/>
            <w:shd w:val="clear" w:color="auto" w:fill="E7E6E6"/>
            <w:tcMar>
              <w:top w:w="90" w:type="dxa"/>
              <w:left w:w="120" w:type="dxa"/>
              <w:bottom w:w="90" w:type="dxa"/>
              <w:right w:w="120" w:type="dxa"/>
            </w:tcMar>
          </w:tcPr>
          <w:p w14:paraId="2E8014C2"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 xml:space="preserve">5. </w:t>
            </w:r>
            <w:proofErr w:type="spellStart"/>
            <w:r w:rsidRPr="00AC54A9">
              <w:rPr>
                <w:rFonts w:ascii="BIZ UDPゴシック" w:eastAsia="BIZ UDPゴシック" w:hAnsi="BIZ UDPゴシック"/>
                <w:b/>
                <w:sz w:val="25"/>
              </w:rPr>
              <w:t>起業・事業について</w:t>
            </w:r>
            <w:proofErr w:type="spellEnd"/>
          </w:p>
        </w:tc>
      </w:tr>
    </w:tbl>
    <w:p w14:paraId="2B68365F" w14:textId="77777777" w:rsidR="003F2201" w:rsidRPr="00AC54A9" w:rsidRDefault="003F2201">
      <w:pPr>
        <w:rPr>
          <w:rFonts w:ascii="BIZ UDPゴシック" w:eastAsia="BIZ UDPゴシック" w:hAnsi="BIZ UDPゴシック"/>
        </w:rPr>
      </w:pPr>
    </w:p>
    <w:p w14:paraId="57FAB121"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5-1 現在考えている事業内容</w:t>
      </w:r>
    </w:p>
    <w:p w14:paraId="476A2EEE" w14:textId="77777777" w:rsidR="003F2201" w:rsidRPr="00AC54A9" w:rsidRDefault="004B21C0">
      <w:pPr>
        <w:keepNext/>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できるだけ具体的にご記入ください。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79C69512" w14:textId="77777777">
        <w:trPr>
          <w:cantSplit/>
          <w:trHeight w:val="3118"/>
          <w:jc w:val="center"/>
        </w:trPr>
        <w:tc>
          <w:tcPr>
            <w:tcW w:w="10204" w:type="dxa"/>
            <w:tcMar>
              <w:top w:w="90" w:type="dxa"/>
              <w:left w:w="100" w:type="dxa"/>
              <w:bottom w:w="90" w:type="dxa"/>
              <w:right w:w="100" w:type="dxa"/>
            </w:tcMar>
          </w:tcPr>
          <w:p w14:paraId="4F974889" w14:textId="77777777" w:rsidR="003F2201" w:rsidRPr="00AC54A9" w:rsidRDefault="003F2201">
            <w:pPr>
              <w:rPr>
                <w:rFonts w:ascii="BIZ UDPゴシック" w:eastAsia="BIZ UDPゴシック" w:hAnsi="BIZ UDPゴシック"/>
                <w:lang w:eastAsia="ja-JP"/>
              </w:rPr>
            </w:pPr>
          </w:p>
        </w:tc>
      </w:tr>
    </w:tbl>
    <w:p w14:paraId="5251C38E" w14:textId="77777777" w:rsidR="003F2201" w:rsidRPr="00AC54A9" w:rsidRDefault="003F2201">
      <w:pPr>
        <w:rPr>
          <w:rFonts w:ascii="BIZ UDPゴシック" w:eastAsia="BIZ UDPゴシック" w:hAnsi="BIZ UDPゴシック"/>
          <w:lang w:eastAsia="ja-JP"/>
        </w:rPr>
      </w:pPr>
    </w:p>
    <w:p w14:paraId="25C80DB5"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5-2 なぜその事業を行いたいのですか？</w:t>
      </w:r>
    </w:p>
    <w:p w14:paraId="06C29A8B" w14:textId="77777777" w:rsidR="003F2201" w:rsidRPr="00AC54A9" w:rsidRDefault="004B21C0">
      <w:pPr>
        <w:keepNext/>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想いや背景を教えてください。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53AA3750" w14:textId="77777777">
        <w:trPr>
          <w:cantSplit/>
          <w:trHeight w:val="2721"/>
          <w:jc w:val="center"/>
        </w:trPr>
        <w:tc>
          <w:tcPr>
            <w:tcW w:w="10204" w:type="dxa"/>
            <w:tcMar>
              <w:top w:w="90" w:type="dxa"/>
              <w:left w:w="100" w:type="dxa"/>
              <w:bottom w:w="90" w:type="dxa"/>
              <w:right w:w="100" w:type="dxa"/>
            </w:tcMar>
          </w:tcPr>
          <w:p w14:paraId="72AF8C67" w14:textId="77777777" w:rsidR="003F2201" w:rsidRPr="00AC54A9" w:rsidRDefault="003F2201">
            <w:pPr>
              <w:rPr>
                <w:rFonts w:ascii="BIZ UDPゴシック" w:eastAsia="BIZ UDPゴシック" w:hAnsi="BIZ UDPゴシック"/>
                <w:lang w:eastAsia="ja-JP"/>
              </w:rPr>
            </w:pPr>
          </w:p>
        </w:tc>
      </w:tr>
    </w:tbl>
    <w:p w14:paraId="4418E77B" w14:textId="77777777" w:rsidR="003F2201" w:rsidRPr="00AC54A9" w:rsidRDefault="003F2201">
      <w:pPr>
        <w:rPr>
          <w:rFonts w:ascii="BIZ UDPゴシック" w:eastAsia="BIZ UDPゴシック" w:hAnsi="BIZ UDPゴシック"/>
          <w:lang w:eastAsia="ja-JP"/>
        </w:rPr>
      </w:pPr>
    </w:p>
    <w:p w14:paraId="0A753759" w14:textId="77777777" w:rsidR="003F2201" w:rsidRPr="00AC54A9" w:rsidRDefault="004B21C0">
      <w:pPr>
        <w:spacing w:before="40" w:after="40"/>
        <w:rPr>
          <w:rFonts w:ascii="BIZ UDPゴシック" w:eastAsia="BIZ UDPゴシック" w:hAnsi="BIZ UDPゴシック"/>
          <w:lang w:eastAsia="ja-JP"/>
        </w:rPr>
      </w:pPr>
      <w:r w:rsidRPr="00AC54A9">
        <w:rPr>
          <w:rFonts w:ascii="BIZ UDPゴシック" w:eastAsia="BIZ UDPゴシック" w:hAnsi="BIZ UDPゴシック"/>
          <w:b/>
          <w:lang w:eastAsia="ja-JP"/>
        </w:rPr>
        <w:t>5-3 現在の事業計画の進捗状況</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025DE790" w14:textId="77777777">
        <w:trPr>
          <w:cantSplit/>
          <w:jc w:val="center"/>
        </w:trPr>
        <w:tc>
          <w:tcPr>
            <w:tcW w:w="5102" w:type="dxa"/>
            <w:tcMar>
              <w:top w:w="35" w:type="dxa"/>
              <w:left w:w="65" w:type="dxa"/>
              <w:bottom w:w="35" w:type="dxa"/>
              <w:right w:w="65" w:type="dxa"/>
            </w:tcMar>
          </w:tcPr>
          <w:p w14:paraId="4DD906C1"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起業したいが内容は未定</w:t>
            </w:r>
          </w:p>
        </w:tc>
        <w:tc>
          <w:tcPr>
            <w:tcW w:w="5102" w:type="dxa"/>
            <w:tcMar>
              <w:top w:w="35" w:type="dxa"/>
              <w:left w:w="65" w:type="dxa"/>
              <w:bottom w:w="35" w:type="dxa"/>
              <w:right w:w="65" w:type="dxa"/>
            </w:tcMar>
          </w:tcPr>
          <w:p w14:paraId="19E50783"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売上計画まで考えている</w:t>
            </w:r>
          </w:p>
        </w:tc>
      </w:tr>
      <w:tr w:rsidR="003F2201" w:rsidRPr="00AC54A9" w14:paraId="7CE24F35" w14:textId="77777777">
        <w:trPr>
          <w:cantSplit/>
          <w:jc w:val="center"/>
        </w:trPr>
        <w:tc>
          <w:tcPr>
            <w:tcW w:w="5102" w:type="dxa"/>
            <w:tcMar>
              <w:top w:w="35" w:type="dxa"/>
              <w:left w:w="65" w:type="dxa"/>
              <w:bottom w:w="35" w:type="dxa"/>
              <w:right w:w="65" w:type="dxa"/>
            </w:tcMar>
          </w:tcPr>
          <w:p w14:paraId="678930EA"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提供商品・サービスは決まっている</w:t>
            </w:r>
          </w:p>
        </w:tc>
        <w:tc>
          <w:tcPr>
            <w:tcW w:w="5102" w:type="dxa"/>
            <w:tcMar>
              <w:top w:w="35" w:type="dxa"/>
              <w:left w:w="65" w:type="dxa"/>
              <w:bottom w:w="35" w:type="dxa"/>
              <w:right w:w="65" w:type="dxa"/>
            </w:tcMar>
          </w:tcPr>
          <w:p w14:paraId="1526644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開業準備中</w:t>
            </w:r>
            <w:proofErr w:type="spellEnd"/>
          </w:p>
        </w:tc>
      </w:tr>
      <w:tr w:rsidR="003F2201" w:rsidRPr="00AC54A9" w14:paraId="2A85B758" w14:textId="77777777">
        <w:trPr>
          <w:cantSplit/>
          <w:jc w:val="center"/>
        </w:trPr>
        <w:tc>
          <w:tcPr>
            <w:tcW w:w="5102" w:type="dxa"/>
            <w:tcMar>
              <w:top w:w="35" w:type="dxa"/>
              <w:left w:w="65" w:type="dxa"/>
              <w:bottom w:w="35" w:type="dxa"/>
              <w:right w:w="65" w:type="dxa"/>
            </w:tcMar>
          </w:tcPr>
          <w:p w14:paraId="1105ACC7"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ターゲットは決まっている</w:t>
            </w:r>
          </w:p>
        </w:tc>
        <w:tc>
          <w:tcPr>
            <w:tcW w:w="5102" w:type="dxa"/>
            <w:tcMar>
              <w:top w:w="35" w:type="dxa"/>
              <w:left w:w="65" w:type="dxa"/>
              <w:bottom w:w="35" w:type="dxa"/>
              <w:right w:w="65" w:type="dxa"/>
            </w:tcMar>
          </w:tcPr>
          <w:p w14:paraId="21C1FFF9"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既に開業している</w:t>
            </w:r>
            <w:proofErr w:type="spellEnd"/>
          </w:p>
        </w:tc>
      </w:tr>
      <w:tr w:rsidR="003F2201" w:rsidRPr="00AC54A9" w14:paraId="3279D2AD" w14:textId="77777777">
        <w:trPr>
          <w:cantSplit/>
          <w:jc w:val="center"/>
        </w:trPr>
        <w:tc>
          <w:tcPr>
            <w:tcW w:w="5102" w:type="dxa"/>
            <w:tcMar>
              <w:top w:w="35" w:type="dxa"/>
              <w:left w:w="65" w:type="dxa"/>
              <w:bottom w:w="35" w:type="dxa"/>
              <w:right w:w="65" w:type="dxa"/>
            </w:tcMar>
          </w:tcPr>
          <w:p w14:paraId="66D7742C"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販売方法は決まっている</w:t>
            </w:r>
          </w:p>
        </w:tc>
        <w:tc>
          <w:tcPr>
            <w:tcW w:w="5102" w:type="dxa"/>
            <w:tcMar>
              <w:top w:w="35" w:type="dxa"/>
              <w:left w:w="65" w:type="dxa"/>
              <w:bottom w:w="35" w:type="dxa"/>
              <w:right w:w="65" w:type="dxa"/>
            </w:tcMar>
          </w:tcPr>
          <w:p w14:paraId="7290A794" w14:textId="77777777" w:rsidR="003F2201" w:rsidRPr="00AC54A9" w:rsidRDefault="003F2201">
            <w:pPr>
              <w:rPr>
                <w:rFonts w:ascii="BIZ UDPゴシック" w:eastAsia="BIZ UDPゴシック" w:hAnsi="BIZ UDPゴシック"/>
                <w:lang w:eastAsia="ja-JP"/>
              </w:rPr>
            </w:pPr>
          </w:p>
        </w:tc>
      </w:tr>
    </w:tbl>
    <w:p w14:paraId="0693FEB5" w14:textId="77777777" w:rsidR="003F2201" w:rsidRPr="00AC54A9" w:rsidRDefault="003F2201">
      <w:pPr>
        <w:rPr>
          <w:rFonts w:ascii="BIZ UDPゴシック" w:eastAsia="BIZ UDPゴシック" w:hAnsi="BIZ UDPゴシック"/>
          <w:lang w:eastAsia="ja-JP"/>
        </w:rPr>
      </w:pPr>
    </w:p>
    <w:p w14:paraId="769F20A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0D9FDE74" w14:textId="77777777">
        <w:trPr>
          <w:jc w:val="center"/>
        </w:trPr>
        <w:tc>
          <w:tcPr>
            <w:tcW w:w="10204" w:type="dxa"/>
            <w:shd w:val="clear" w:color="auto" w:fill="E7E6E6"/>
            <w:tcMar>
              <w:top w:w="90" w:type="dxa"/>
              <w:left w:w="120" w:type="dxa"/>
              <w:bottom w:w="90" w:type="dxa"/>
              <w:right w:w="120" w:type="dxa"/>
            </w:tcMar>
          </w:tcPr>
          <w:p w14:paraId="51B4514D" w14:textId="77777777" w:rsidR="003F2201" w:rsidRPr="00AC54A9" w:rsidRDefault="004B21C0">
            <w:pPr>
              <w:keepNext/>
              <w:rPr>
                <w:rFonts w:ascii="BIZ UDPゴシック" w:eastAsia="BIZ UDPゴシック" w:hAnsi="BIZ UDPゴシック"/>
                <w:lang w:eastAsia="ja-JP"/>
              </w:rPr>
            </w:pPr>
            <w:r w:rsidRPr="00AC54A9">
              <w:rPr>
                <w:rFonts w:ascii="BIZ UDPゴシック" w:eastAsia="BIZ UDPゴシック" w:hAnsi="BIZ UDPゴシック"/>
                <w:b/>
                <w:sz w:val="25"/>
                <w:lang w:eastAsia="ja-JP"/>
              </w:rPr>
              <w:lastRenderedPageBreak/>
              <w:t>5. 起業・事業について（続き）</w:t>
            </w:r>
          </w:p>
        </w:tc>
      </w:tr>
    </w:tbl>
    <w:p w14:paraId="4925B5B2" w14:textId="77777777" w:rsidR="003F2201" w:rsidRPr="00AC54A9" w:rsidRDefault="003F2201">
      <w:pPr>
        <w:rPr>
          <w:rFonts w:ascii="BIZ UDPゴシック" w:eastAsia="BIZ UDPゴシック" w:hAnsi="BIZ UDPゴシック"/>
          <w:lang w:eastAsia="ja-JP"/>
        </w:rPr>
      </w:pPr>
    </w:p>
    <w:p w14:paraId="46B85849"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5-4 あなたはなぜこの事業が必要とされると思いますか？</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452A95AB" w14:textId="77777777">
        <w:trPr>
          <w:cantSplit/>
          <w:trHeight w:val="2948"/>
          <w:jc w:val="center"/>
        </w:trPr>
        <w:tc>
          <w:tcPr>
            <w:tcW w:w="10204" w:type="dxa"/>
            <w:tcMar>
              <w:top w:w="90" w:type="dxa"/>
              <w:left w:w="100" w:type="dxa"/>
              <w:bottom w:w="90" w:type="dxa"/>
              <w:right w:w="100" w:type="dxa"/>
            </w:tcMar>
          </w:tcPr>
          <w:p w14:paraId="291FD491" w14:textId="77777777" w:rsidR="003F2201" w:rsidRPr="00AC54A9" w:rsidRDefault="003F2201">
            <w:pPr>
              <w:rPr>
                <w:rFonts w:ascii="BIZ UDPゴシック" w:eastAsia="BIZ UDPゴシック" w:hAnsi="BIZ UDPゴシック"/>
                <w:lang w:eastAsia="ja-JP"/>
              </w:rPr>
            </w:pPr>
          </w:p>
        </w:tc>
      </w:tr>
    </w:tbl>
    <w:p w14:paraId="0DBC968B" w14:textId="77777777" w:rsidR="003F2201" w:rsidRPr="00AC54A9" w:rsidRDefault="003F2201">
      <w:pPr>
        <w:rPr>
          <w:rFonts w:ascii="BIZ UDPゴシック" w:eastAsia="BIZ UDPゴシック" w:hAnsi="BIZ UDPゴシック"/>
          <w:lang w:eastAsia="ja-JP"/>
        </w:rPr>
      </w:pPr>
    </w:p>
    <w:p w14:paraId="16E808AC"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5-5 あなたは何を販売して売上を作る予定ですか？</w:t>
      </w:r>
    </w:p>
    <w:p w14:paraId="5EA16E79" w14:textId="77777777" w:rsidR="003F2201" w:rsidRPr="00AC54A9" w:rsidRDefault="004B21C0">
      <w:pPr>
        <w:keepNext/>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商品やサービス、想定価格など分かる範囲でご記入ください。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1C5628C4" w14:textId="77777777">
        <w:trPr>
          <w:cantSplit/>
          <w:trHeight w:val="3118"/>
          <w:jc w:val="center"/>
        </w:trPr>
        <w:tc>
          <w:tcPr>
            <w:tcW w:w="10204" w:type="dxa"/>
            <w:tcMar>
              <w:top w:w="90" w:type="dxa"/>
              <w:left w:w="100" w:type="dxa"/>
              <w:bottom w:w="90" w:type="dxa"/>
              <w:right w:w="100" w:type="dxa"/>
            </w:tcMar>
          </w:tcPr>
          <w:p w14:paraId="7217F670" w14:textId="77777777" w:rsidR="003F2201" w:rsidRPr="00AC54A9" w:rsidRDefault="003F2201">
            <w:pPr>
              <w:rPr>
                <w:rFonts w:ascii="BIZ UDPゴシック" w:eastAsia="BIZ UDPゴシック" w:hAnsi="BIZ UDPゴシック"/>
                <w:lang w:eastAsia="ja-JP"/>
              </w:rPr>
            </w:pPr>
          </w:p>
        </w:tc>
      </w:tr>
    </w:tbl>
    <w:p w14:paraId="3066A745" w14:textId="77777777" w:rsidR="003F2201" w:rsidRPr="00AC54A9" w:rsidRDefault="003F2201">
      <w:pPr>
        <w:rPr>
          <w:rFonts w:ascii="BIZ UDPゴシック" w:eastAsia="BIZ UDPゴシック" w:hAnsi="BIZ UDPゴシック"/>
          <w:lang w:eastAsia="ja-JP"/>
        </w:rPr>
      </w:pPr>
    </w:p>
    <w:p w14:paraId="6D2BC127"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5-6 あなたのお客様になってほしい人はどのような人ですか？</w:t>
      </w:r>
    </w:p>
    <w:p w14:paraId="429DF31F" w14:textId="77777777" w:rsidR="003F2201" w:rsidRPr="00AC54A9" w:rsidRDefault="004B21C0">
      <w:pPr>
        <w:keepNext/>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年齢、性別、職業、ライフスタイルなど、現時点で考えている範囲でご記入ください。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42A4CE9D" w14:textId="77777777">
        <w:trPr>
          <w:cantSplit/>
          <w:trHeight w:val="2835"/>
          <w:jc w:val="center"/>
        </w:trPr>
        <w:tc>
          <w:tcPr>
            <w:tcW w:w="10204" w:type="dxa"/>
            <w:tcMar>
              <w:top w:w="90" w:type="dxa"/>
              <w:left w:w="100" w:type="dxa"/>
              <w:bottom w:w="90" w:type="dxa"/>
              <w:right w:w="100" w:type="dxa"/>
            </w:tcMar>
          </w:tcPr>
          <w:p w14:paraId="4084D323" w14:textId="77777777" w:rsidR="003F2201" w:rsidRPr="00AC54A9" w:rsidRDefault="003F2201">
            <w:pPr>
              <w:rPr>
                <w:rFonts w:ascii="BIZ UDPゴシック" w:eastAsia="BIZ UDPゴシック" w:hAnsi="BIZ UDPゴシック"/>
                <w:lang w:eastAsia="ja-JP"/>
              </w:rPr>
            </w:pPr>
          </w:p>
        </w:tc>
      </w:tr>
    </w:tbl>
    <w:p w14:paraId="47974243" w14:textId="77777777" w:rsidR="003F2201" w:rsidRPr="00AC54A9" w:rsidRDefault="003F2201">
      <w:pPr>
        <w:rPr>
          <w:rFonts w:ascii="BIZ UDPゴシック" w:eastAsia="BIZ UDPゴシック" w:hAnsi="BIZ UDPゴシック"/>
          <w:lang w:eastAsia="ja-JP"/>
        </w:rPr>
      </w:pPr>
    </w:p>
    <w:p w14:paraId="10D5ED64"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0EEFECCD" w14:textId="77777777">
        <w:trPr>
          <w:jc w:val="center"/>
        </w:trPr>
        <w:tc>
          <w:tcPr>
            <w:tcW w:w="10204" w:type="dxa"/>
            <w:shd w:val="clear" w:color="auto" w:fill="E7E6E6"/>
            <w:tcMar>
              <w:top w:w="90" w:type="dxa"/>
              <w:left w:w="120" w:type="dxa"/>
              <w:bottom w:w="90" w:type="dxa"/>
              <w:right w:w="120" w:type="dxa"/>
            </w:tcMar>
          </w:tcPr>
          <w:p w14:paraId="7A00E220" w14:textId="77777777" w:rsidR="003F2201" w:rsidRPr="00AC54A9" w:rsidRDefault="004B21C0">
            <w:pPr>
              <w:keepNext/>
              <w:rPr>
                <w:rFonts w:ascii="BIZ UDPゴシック" w:eastAsia="BIZ UDPゴシック" w:hAnsi="BIZ UDPゴシック"/>
                <w:lang w:eastAsia="ja-JP"/>
              </w:rPr>
            </w:pPr>
            <w:r w:rsidRPr="00AC54A9">
              <w:rPr>
                <w:rFonts w:ascii="BIZ UDPゴシック" w:eastAsia="BIZ UDPゴシック" w:hAnsi="BIZ UDPゴシック"/>
                <w:b/>
                <w:sz w:val="25"/>
                <w:lang w:eastAsia="ja-JP"/>
              </w:rPr>
              <w:lastRenderedPageBreak/>
              <w:t>5. 起業・事業について（続き）</w:t>
            </w:r>
          </w:p>
        </w:tc>
      </w:tr>
    </w:tbl>
    <w:p w14:paraId="255C1BAA" w14:textId="77777777" w:rsidR="003F2201" w:rsidRPr="00AC54A9" w:rsidRDefault="003F2201">
      <w:pPr>
        <w:rPr>
          <w:rFonts w:ascii="BIZ UDPゴシック" w:eastAsia="BIZ UDPゴシック" w:hAnsi="BIZ UDPゴシック"/>
          <w:lang w:eastAsia="ja-JP"/>
        </w:rPr>
      </w:pPr>
    </w:p>
    <w:p w14:paraId="599DFC28"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5-7 あなたはどのような方法でお客様に知ってもらう予定ですか？</w:t>
      </w:r>
    </w:p>
    <w:p w14:paraId="1CDF7B9A" w14:textId="77777777" w:rsidR="003F2201" w:rsidRPr="00AC54A9" w:rsidRDefault="004B21C0">
      <w:pPr>
        <w:keepNext/>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SNS、チラシ、口コミ、イベント出店、ホームページなど、現時点で考えている集客方法をご記入ください。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3579B892" w14:textId="77777777">
        <w:trPr>
          <w:cantSplit/>
          <w:trHeight w:val="3118"/>
          <w:jc w:val="center"/>
        </w:trPr>
        <w:tc>
          <w:tcPr>
            <w:tcW w:w="10204" w:type="dxa"/>
            <w:tcMar>
              <w:top w:w="90" w:type="dxa"/>
              <w:left w:w="100" w:type="dxa"/>
              <w:bottom w:w="90" w:type="dxa"/>
              <w:right w:w="100" w:type="dxa"/>
            </w:tcMar>
          </w:tcPr>
          <w:p w14:paraId="44957A18" w14:textId="77777777" w:rsidR="003F2201" w:rsidRPr="00AC54A9" w:rsidRDefault="003F2201">
            <w:pPr>
              <w:rPr>
                <w:rFonts w:ascii="BIZ UDPゴシック" w:eastAsia="BIZ UDPゴシック" w:hAnsi="BIZ UDPゴシック"/>
                <w:lang w:eastAsia="ja-JP"/>
              </w:rPr>
            </w:pPr>
          </w:p>
        </w:tc>
      </w:tr>
    </w:tbl>
    <w:p w14:paraId="19AA8851" w14:textId="77777777" w:rsidR="003F2201" w:rsidRPr="00AC54A9" w:rsidRDefault="003F2201">
      <w:pPr>
        <w:rPr>
          <w:rFonts w:ascii="BIZ UDPゴシック" w:eastAsia="BIZ UDPゴシック" w:hAnsi="BIZ UDPゴシック"/>
          <w:lang w:eastAsia="ja-JP"/>
        </w:rPr>
      </w:pPr>
    </w:p>
    <w:p w14:paraId="3E3C45A5"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5-8 現在考えている事業の最大の課題は何ですか？</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63ACB567" w14:textId="77777777">
        <w:trPr>
          <w:cantSplit/>
          <w:trHeight w:val="2551"/>
          <w:jc w:val="center"/>
        </w:trPr>
        <w:tc>
          <w:tcPr>
            <w:tcW w:w="10204" w:type="dxa"/>
            <w:tcMar>
              <w:top w:w="90" w:type="dxa"/>
              <w:left w:w="100" w:type="dxa"/>
              <w:bottom w:w="90" w:type="dxa"/>
              <w:right w:w="100" w:type="dxa"/>
            </w:tcMar>
          </w:tcPr>
          <w:p w14:paraId="2948A9F4" w14:textId="77777777" w:rsidR="003F2201" w:rsidRPr="00AC54A9" w:rsidRDefault="003F2201">
            <w:pPr>
              <w:rPr>
                <w:rFonts w:ascii="BIZ UDPゴシック" w:eastAsia="BIZ UDPゴシック" w:hAnsi="BIZ UDPゴシック"/>
                <w:lang w:eastAsia="ja-JP"/>
              </w:rPr>
            </w:pPr>
          </w:p>
        </w:tc>
      </w:tr>
    </w:tbl>
    <w:p w14:paraId="73B8205C" w14:textId="77777777" w:rsidR="003F2201" w:rsidRPr="00AC54A9" w:rsidRDefault="003F2201">
      <w:pPr>
        <w:rPr>
          <w:rFonts w:ascii="BIZ UDPゴシック" w:eastAsia="BIZ UDPゴシック" w:hAnsi="BIZ UDPゴシック"/>
          <w:lang w:eastAsia="ja-JP"/>
        </w:rPr>
      </w:pPr>
    </w:p>
    <w:p w14:paraId="79BE517E" w14:textId="77777777" w:rsidR="003F2201" w:rsidRPr="00AC54A9" w:rsidRDefault="004B21C0">
      <w:pPr>
        <w:spacing w:before="40" w:after="40"/>
        <w:rPr>
          <w:rFonts w:ascii="BIZ UDPゴシック" w:eastAsia="BIZ UDPゴシック" w:hAnsi="BIZ UDPゴシック"/>
          <w:lang w:eastAsia="ja-JP"/>
        </w:rPr>
      </w:pPr>
      <w:r w:rsidRPr="00AC54A9">
        <w:rPr>
          <w:rFonts w:ascii="BIZ UDPゴシック" w:eastAsia="BIZ UDPゴシック" w:hAnsi="BIZ UDPゴシック"/>
          <w:b/>
          <w:lang w:eastAsia="ja-JP"/>
        </w:rPr>
        <w:t>5-9 起業に向けてこれまで行ったこと</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5096B432" w14:textId="77777777">
        <w:trPr>
          <w:cantSplit/>
          <w:jc w:val="center"/>
        </w:trPr>
        <w:tc>
          <w:tcPr>
            <w:tcW w:w="5102" w:type="dxa"/>
            <w:tcMar>
              <w:top w:w="35" w:type="dxa"/>
              <w:left w:w="65" w:type="dxa"/>
              <w:bottom w:w="35" w:type="dxa"/>
              <w:right w:w="65" w:type="dxa"/>
            </w:tcMar>
          </w:tcPr>
          <w:p w14:paraId="15495A85"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情報収集</w:t>
            </w:r>
            <w:proofErr w:type="spellEnd"/>
          </w:p>
        </w:tc>
        <w:tc>
          <w:tcPr>
            <w:tcW w:w="5102" w:type="dxa"/>
            <w:tcMar>
              <w:top w:w="35" w:type="dxa"/>
              <w:left w:w="65" w:type="dxa"/>
              <w:bottom w:w="35" w:type="dxa"/>
              <w:right w:w="65" w:type="dxa"/>
            </w:tcMar>
          </w:tcPr>
          <w:p w14:paraId="3A224AA7"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商品販売経験あり</w:t>
            </w:r>
          </w:p>
        </w:tc>
      </w:tr>
      <w:tr w:rsidR="003F2201" w:rsidRPr="00AC54A9" w14:paraId="244AC16A" w14:textId="77777777">
        <w:trPr>
          <w:cantSplit/>
          <w:jc w:val="center"/>
        </w:trPr>
        <w:tc>
          <w:tcPr>
            <w:tcW w:w="5102" w:type="dxa"/>
            <w:tcMar>
              <w:top w:w="35" w:type="dxa"/>
              <w:left w:w="65" w:type="dxa"/>
              <w:bottom w:w="35" w:type="dxa"/>
              <w:right w:w="65" w:type="dxa"/>
            </w:tcMar>
          </w:tcPr>
          <w:p w14:paraId="408BBF9A"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セミナー参加</w:t>
            </w:r>
          </w:p>
        </w:tc>
        <w:tc>
          <w:tcPr>
            <w:tcW w:w="5102" w:type="dxa"/>
            <w:tcMar>
              <w:top w:w="35" w:type="dxa"/>
              <w:left w:w="65" w:type="dxa"/>
              <w:bottom w:w="35" w:type="dxa"/>
              <w:right w:w="65" w:type="dxa"/>
            </w:tcMar>
          </w:tcPr>
          <w:p w14:paraId="4C423DD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資格取得</w:t>
            </w:r>
          </w:p>
        </w:tc>
      </w:tr>
      <w:tr w:rsidR="003F2201" w:rsidRPr="00AC54A9" w14:paraId="59A44970" w14:textId="77777777">
        <w:trPr>
          <w:cantSplit/>
          <w:jc w:val="center"/>
        </w:trPr>
        <w:tc>
          <w:tcPr>
            <w:tcW w:w="5102" w:type="dxa"/>
            <w:tcMar>
              <w:top w:w="35" w:type="dxa"/>
              <w:left w:w="65" w:type="dxa"/>
              <w:bottom w:w="35" w:type="dxa"/>
              <w:right w:w="65" w:type="dxa"/>
            </w:tcMar>
          </w:tcPr>
          <w:p w14:paraId="62EAB95A"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市場調査</w:t>
            </w:r>
          </w:p>
        </w:tc>
        <w:tc>
          <w:tcPr>
            <w:tcW w:w="5102" w:type="dxa"/>
            <w:tcMar>
              <w:top w:w="35" w:type="dxa"/>
              <w:left w:w="65" w:type="dxa"/>
              <w:bottom w:w="35" w:type="dxa"/>
              <w:right w:w="65" w:type="dxa"/>
            </w:tcMar>
          </w:tcPr>
          <w:p w14:paraId="61D59439"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開業準備中</w:t>
            </w:r>
          </w:p>
        </w:tc>
      </w:tr>
      <w:tr w:rsidR="003F2201" w:rsidRPr="00AC54A9" w14:paraId="7950EF59" w14:textId="77777777">
        <w:trPr>
          <w:cantSplit/>
          <w:jc w:val="center"/>
        </w:trPr>
        <w:tc>
          <w:tcPr>
            <w:tcW w:w="5102" w:type="dxa"/>
            <w:tcMar>
              <w:top w:w="35" w:type="dxa"/>
              <w:left w:w="65" w:type="dxa"/>
              <w:bottom w:w="35" w:type="dxa"/>
              <w:right w:w="65" w:type="dxa"/>
            </w:tcMar>
          </w:tcPr>
          <w:p w14:paraId="0EA23BC3"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SNS運用</w:t>
            </w:r>
          </w:p>
        </w:tc>
        <w:tc>
          <w:tcPr>
            <w:tcW w:w="5102" w:type="dxa"/>
            <w:tcMar>
              <w:top w:w="35" w:type="dxa"/>
              <w:left w:w="65" w:type="dxa"/>
              <w:bottom w:w="35" w:type="dxa"/>
              <w:right w:w="65" w:type="dxa"/>
            </w:tcMar>
          </w:tcPr>
          <w:p w14:paraId="00DB54CD"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特になし</w:t>
            </w:r>
          </w:p>
        </w:tc>
      </w:tr>
      <w:tr w:rsidR="003F2201" w:rsidRPr="00AC54A9" w14:paraId="00D8EDD0" w14:textId="77777777">
        <w:trPr>
          <w:cantSplit/>
          <w:jc w:val="center"/>
        </w:trPr>
        <w:tc>
          <w:tcPr>
            <w:tcW w:w="5102" w:type="dxa"/>
            <w:tcMar>
              <w:top w:w="35" w:type="dxa"/>
              <w:left w:w="65" w:type="dxa"/>
              <w:bottom w:w="35" w:type="dxa"/>
              <w:right w:w="65" w:type="dxa"/>
            </w:tcMar>
          </w:tcPr>
          <w:p w14:paraId="30FB0FF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試作品作成</w:t>
            </w:r>
          </w:p>
        </w:tc>
        <w:tc>
          <w:tcPr>
            <w:tcW w:w="5102" w:type="dxa"/>
            <w:tcMar>
              <w:top w:w="35" w:type="dxa"/>
              <w:left w:w="65" w:type="dxa"/>
              <w:bottom w:w="35" w:type="dxa"/>
              <w:right w:w="65" w:type="dxa"/>
            </w:tcMar>
          </w:tcPr>
          <w:p w14:paraId="2AA1161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その他（　　　　　　　　　　　　）</w:t>
            </w:r>
          </w:p>
        </w:tc>
      </w:tr>
    </w:tbl>
    <w:p w14:paraId="1D27F14C" w14:textId="77777777" w:rsidR="003F2201" w:rsidRPr="00AC54A9" w:rsidRDefault="003F2201">
      <w:pPr>
        <w:rPr>
          <w:rFonts w:ascii="BIZ UDPゴシック" w:eastAsia="BIZ UDPゴシック" w:hAnsi="BIZ UDPゴシック"/>
          <w:lang w:eastAsia="ja-JP"/>
        </w:rPr>
      </w:pPr>
    </w:p>
    <w:p w14:paraId="2060B4F3"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62DFEDB1" w14:textId="77777777">
        <w:trPr>
          <w:jc w:val="center"/>
        </w:trPr>
        <w:tc>
          <w:tcPr>
            <w:tcW w:w="10204" w:type="dxa"/>
            <w:shd w:val="clear" w:color="auto" w:fill="E7E6E6"/>
            <w:tcMar>
              <w:top w:w="90" w:type="dxa"/>
              <w:left w:w="120" w:type="dxa"/>
              <w:bottom w:w="90" w:type="dxa"/>
              <w:right w:w="120" w:type="dxa"/>
            </w:tcMar>
          </w:tcPr>
          <w:p w14:paraId="390A8011"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 xml:space="preserve">6. </w:t>
            </w:r>
            <w:proofErr w:type="spellStart"/>
            <w:r w:rsidRPr="00AC54A9">
              <w:rPr>
                <w:rFonts w:ascii="BIZ UDPゴシック" w:eastAsia="BIZ UDPゴシック" w:hAnsi="BIZ UDPゴシック"/>
                <w:b/>
                <w:sz w:val="25"/>
              </w:rPr>
              <w:t>資金計画について</w:t>
            </w:r>
            <w:proofErr w:type="spellEnd"/>
          </w:p>
        </w:tc>
      </w:tr>
    </w:tbl>
    <w:p w14:paraId="43AE9BD5" w14:textId="77777777" w:rsidR="003F2201" w:rsidRPr="00AC54A9" w:rsidRDefault="003F2201">
      <w:pPr>
        <w:rPr>
          <w:rFonts w:ascii="BIZ UDPゴシック" w:eastAsia="BIZ UDPゴシック" w:hAnsi="BIZ UDPゴシック"/>
        </w:rPr>
      </w:pPr>
    </w:p>
    <w:p w14:paraId="1C9D0FE0"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b/>
          <w:lang w:eastAsia="ja-JP"/>
        </w:rPr>
        <w:t>6-1 開業に必要だと考えている資金</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27E834EF" w14:textId="77777777">
        <w:trPr>
          <w:cantSplit/>
          <w:jc w:val="center"/>
        </w:trPr>
        <w:tc>
          <w:tcPr>
            <w:tcW w:w="5102" w:type="dxa"/>
            <w:tcMar>
              <w:top w:w="35" w:type="dxa"/>
              <w:left w:w="65" w:type="dxa"/>
              <w:bottom w:w="35" w:type="dxa"/>
              <w:right w:w="65" w:type="dxa"/>
            </w:tcMar>
          </w:tcPr>
          <w:p w14:paraId="5076C18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50万円未満</w:t>
            </w:r>
          </w:p>
        </w:tc>
        <w:tc>
          <w:tcPr>
            <w:tcW w:w="5102" w:type="dxa"/>
            <w:tcMar>
              <w:top w:w="35" w:type="dxa"/>
              <w:left w:w="65" w:type="dxa"/>
              <w:bottom w:w="35" w:type="dxa"/>
              <w:right w:w="65" w:type="dxa"/>
            </w:tcMar>
          </w:tcPr>
          <w:p w14:paraId="76EAC72E"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500〜1,000万円</w:t>
            </w:r>
          </w:p>
        </w:tc>
      </w:tr>
      <w:tr w:rsidR="003F2201" w:rsidRPr="00AC54A9" w14:paraId="3288CC8A" w14:textId="77777777">
        <w:trPr>
          <w:cantSplit/>
          <w:jc w:val="center"/>
        </w:trPr>
        <w:tc>
          <w:tcPr>
            <w:tcW w:w="5102" w:type="dxa"/>
            <w:tcMar>
              <w:top w:w="35" w:type="dxa"/>
              <w:left w:w="65" w:type="dxa"/>
              <w:bottom w:w="35" w:type="dxa"/>
              <w:right w:w="65" w:type="dxa"/>
            </w:tcMar>
          </w:tcPr>
          <w:p w14:paraId="12438D2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50〜100万円</w:t>
            </w:r>
          </w:p>
        </w:tc>
        <w:tc>
          <w:tcPr>
            <w:tcW w:w="5102" w:type="dxa"/>
            <w:tcMar>
              <w:top w:w="35" w:type="dxa"/>
              <w:left w:w="65" w:type="dxa"/>
              <w:bottom w:w="35" w:type="dxa"/>
              <w:right w:w="65" w:type="dxa"/>
            </w:tcMar>
          </w:tcPr>
          <w:p w14:paraId="448B640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1,000万円以上</w:t>
            </w:r>
          </w:p>
        </w:tc>
      </w:tr>
      <w:tr w:rsidR="003F2201" w:rsidRPr="00AC54A9" w14:paraId="5C3AA642" w14:textId="77777777">
        <w:trPr>
          <w:cantSplit/>
          <w:jc w:val="center"/>
        </w:trPr>
        <w:tc>
          <w:tcPr>
            <w:tcW w:w="5102" w:type="dxa"/>
            <w:tcMar>
              <w:top w:w="35" w:type="dxa"/>
              <w:left w:w="65" w:type="dxa"/>
              <w:bottom w:w="35" w:type="dxa"/>
              <w:right w:w="65" w:type="dxa"/>
            </w:tcMar>
          </w:tcPr>
          <w:p w14:paraId="451B90DD"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100〜300万円</w:t>
            </w:r>
          </w:p>
        </w:tc>
        <w:tc>
          <w:tcPr>
            <w:tcW w:w="5102" w:type="dxa"/>
            <w:tcMar>
              <w:top w:w="35" w:type="dxa"/>
              <w:left w:w="65" w:type="dxa"/>
              <w:bottom w:w="35" w:type="dxa"/>
              <w:right w:w="65" w:type="dxa"/>
            </w:tcMar>
          </w:tcPr>
          <w:p w14:paraId="4D915A1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まだ分からない</w:t>
            </w:r>
          </w:p>
        </w:tc>
      </w:tr>
      <w:tr w:rsidR="003F2201" w:rsidRPr="00AC54A9" w14:paraId="32BEF962" w14:textId="77777777">
        <w:trPr>
          <w:cantSplit/>
          <w:jc w:val="center"/>
        </w:trPr>
        <w:tc>
          <w:tcPr>
            <w:tcW w:w="5102" w:type="dxa"/>
            <w:tcMar>
              <w:top w:w="35" w:type="dxa"/>
              <w:left w:w="65" w:type="dxa"/>
              <w:bottom w:w="35" w:type="dxa"/>
              <w:right w:w="65" w:type="dxa"/>
            </w:tcMar>
          </w:tcPr>
          <w:p w14:paraId="510913C2"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300〜500万円</w:t>
            </w:r>
          </w:p>
        </w:tc>
        <w:tc>
          <w:tcPr>
            <w:tcW w:w="5102" w:type="dxa"/>
            <w:tcMar>
              <w:top w:w="35" w:type="dxa"/>
              <w:left w:w="65" w:type="dxa"/>
              <w:bottom w:w="35" w:type="dxa"/>
              <w:right w:w="65" w:type="dxa"/>
            </w:tcMar>
          </w:tcPr>
          <w:p w14:paraId="6447D4E3" w14:textId="77777777" w:rsidR="003F2201" w:rsidRPr="00AC54A9" w:rsidRDefault="003F2201">
            <w:pPr>
              <w:rPr>
                <w:rFonts w:ascii="BIZ UDPゴシック" w:eastAsia="BIZ UDPゴシック" w:hAnsi="BIZ UDPゴシック"/>
              </w:rPr>
            </w:pPr>
          </w:p>
        </w:tc>
      </w:tr>
    </w:tbl>
    <w:p w14:paraId="6371F42C" w14:textId="77777777" w:rsidR="003F2201" w:rsidRPr="00AC54A9" w:rsidRDefault="003F2201">
      <w:pPr>
        <w:rPr>
          <w:rFonts w:ascii="BIZ UDPゴシック" w:eastAsia="BIZ UDPゴシック" w:hAnsi="BIZ UDPゴシック"/>
        </w:rPr>
      </w:pPr>
    </w:p>
    <w:p w14:paraId="25B13871" w14:textId="77777777" w:rsidR="003F2201" w:rsidRPr="00AC54A9" w:rsidRDefault="004B21C0">
      <w:pPr>
        <w:spacing w:before="80" w:after="40"/>
        <w:rPr>
          <w:rFonts w:ascii="BIZ UDPゴシック" w:eastAsia="BIZ UDPゴシック" w:hAnsi="BIZ UDPゴシック"/>
          <w:lang w:eastAsia="ja-JP"/>
        </w:rPr>
      </w:pPr>
      <w:r w:rsidRPr="00AC54A9">
        <w:rPr>
          <w:rFonts w:ascii="BIZ UDPゴシック" w:eastAsia="BIZ UDPゴシック" w:hAnsi="BIZ UDPゴシック"/>
          <w:b/>
          <w:lang w:eastAsia="ja-JP"/>
        </w:rPr>
        <w:t>6-2 現在準備している自己資金</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40513E66" w14:textId="77777777">
        <w:trPr>
          <w:cantSplit/>
          <w:jc w:val="center"/>
        </w:trPr>
        <w:tc>
          <w:tcPr>
            <w:tcW w:w="5102" w:type="dxa"/>
            <w:tcMar>
              <w:top w:w="35" w:type="dxa"/>
              <w:left w:w="65" w:type="dxa"/>
              <w:bottom w:w="35" w:type="dxa"/>
              <w:right w:w="65" w:type="dxa"/>
            </w:tcMar>
          </w:tcPr>
          <w:p w14:paraId="1ACF159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0円</w:t>
            </w:r>
          </w:p>
        </w:tc>
        <w:tc>
          <w:tcPr>
            <w:tcW w:w="5102" w:type="dxa"/>
            <w:tcMar>
              <w:top w:w="35" w:type="dxa"/>
              <w:left w:w="65" w:type="dxa"/>
              <w:bottom w:w="35" w:type="dxa"/>
              <w:right w:w="65" w:type="dxa"/>
            </w:tcMar>
          </w:tcPr>
          <w:p w14:paraId="157B9008"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100〜300万円</w:t>
            </w:r>
          </w:p>
        </w:tc>
      </w:tr>
      <w:tr w:rsidR="003F2201" w:rsidRPr="00AC54A9" w14:paraId="55EB6136" w14:textId="77777777">
        <w:trPr>
          <w:cantSplit/>
          <w:jc w:val="center"/>
        </w:trPr>
        <w:tc>
          <w:tcPr>
            <w:tcW w:w="5102" w:type="dxa"/>
            <w:tcMar>
              <w:top w:w="35" w:type="dxa"/>
              <w:left w:w="65" w:type="dxa"/>
              <w:bottom w:w="35" w:type="dxa"/>
              <w:right w:w="65" w:type="dxa"/>
            </w:tcMar>
          </w:tcPr>
          <w:p w14:paraId="07D3B170"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50万円未満</w:t>
            </w:r>
          </w:p>
        </w:tc>
        <w:tc>
          <w:tcPr>
            <w:tcW w:w="5102" w:type="dxa"/>
            <w:tcMar>
              <w:top w:w="35" w:type="dxa"/>
              <w:left w:w="65" w:type="dxa"/>
              <w:bottom w:w="35" w:type="dxa"/>
              <w:right w:w="65" w:type="dxa"/>
            </w:tcMar>
          </w:tcPr>
          <w:p w14:paraId="5F4ADC1E"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300万円以上</w:t>
            </w:r>
          </w:p>
        </w:tc>
      </w:tr>
      <w:tr w:rsidR="003F2201" w:rsidRPr="00AC54A9" w14:paraId="3A874858" w14:textId="77777777">
        <w:trPr>
          <w:cantSplit/>
          <w:jc w:val="center"/>
        </w:trPr>
        <w:tc>
          <w:tcPr>
            <w:tcW w:w="5102" w:type="dxa"/>
            <w:tcMar>
              <w:top w:w="35" w:type="dxa"/>
              <w:left w:w="65" w:type="dxa"/>
              <w:bottom w:w="35" w:type="dxa"/>
              <w:right w:w="65" w:type="dxa"/>
            </w:tcMar>
          </w:tcPr>
          <w:p w14:paraId="41FD2730"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50〜100万円</w:t>
            </w:r>
          </w:p>
        </w:tc>
        <w:tc>
          <w:tcPr>
            <w:tcW w:w="5102" w:type="dxa"/>
            <w:tcMar>
              <w:top w:w="35" w:type="dxa"/>
              <w:left w:w="65" w:type="dxa"/>
              <w:bottom w:w="35" w:type="dxa"/>
              <w:right w:w="65" w:type="dxa"/>
            </w:tcMar>
          </w:tcPr>
          <w:p w14:paraId="27D53CB9" w14:textId="77777777" w:rsidR="003F2201" w:rsidRPr="00AC54A9" w:rsidRDefault="003F2201">
            <w:pPr>
              <w:rPr>
                <w:rFonts w:ascii="BIZ UDPゴシック" w:eastAsia="BIZ UDPゴシック" w:hAnsi="BIZ UDPゴシック"/>
              </w:rPr>
            </w:pPr>
          </w:p>
        </w:tc>
      </w:tr>
    </w:tbl>
    <w:p w14:paraId="72EF2837" w14:textId="77777777" w:rsidR="003F2201" w:rsidRPr="00AC54A9" w:rsidRDefault="003F2201">
      <w:pPr>
        <w:rPr>
          <w:rFonts w:ascii="BIZ UDPゴシック" w:eastAsia="BIZ UDPゴシック" w:hAnsi="BIZ UDPゴシック"/>
        </w:rPr>
      </w:pPr>
    </w:p>
    <w:p w14:paraId="5BE6B46C" w14:textId="77777777" w:rsidR="003F2201" w:rsidRPr="00AC54A9" w:rsidRDefault="004B21C0">
      <w:pPr>
        <w:spacing w:before="80" w:after="40"/>
        <w:rPr>
          <w:rFonts w:ascii="BIZ UDPゴシック" w:eastAsia="BIZ UDPゴシック" w:hAnsi="BIZ UDPゴシック"/>
        </w:rPr>
      </w:pPr>
      <w:r w:rsidRPr="00AC54A9">
        <w:rPr>
          <w:rFonts w:ascii="BIZ UDPゴシック" w:eastAsia="BIZ UDPゴシック" w:hAnsi="BIZ UDPゴシック"/>
          <w:b/>
        </w:rPr>
        <w:t>6-3 資金調達方法</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4827663E" w14:textId="77777777">
        <w:trPr>
          <w:cantSplit/>
          <w:jc w:val="center"/>
        </w:trPr>
        <w:tc>
          <w:tcPr>
            <w:tcW w:w="5102" w:type="dxa"/>
            <w:tcMar>
              <w:top w:w="35" w:type="dxa"/>
              <w:left w:w="65" w:type="dxa"/>
              <w:bottom w:w="35" w:type="dxa"/>
              <w:right w:w="65" w:type="dxa"/>
            </w:tcMar>
          </w:tcPr>
          <w:p w14:paraId="3CA4898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自己資金のみ</w:t>
            </w:r>
          </w:p>
        </w:tc>
        <w:tc>
          <w:tcPr>
            <w:tcW w:w="5102" w:type="dxa"/>
            <w:tcMar>
              <w:top w:w="35" w:type="dxa"/>
              <w:left w:w="65" w:type="dxa"/>
              <w:bottom w:w="35" w:type="dxa"/>
              <w:right w:w="65" w:type="dxa"/>
            </w:tcMar>
          </w:tcPr>
          <w:p w14:paraId="0F3D926F"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家族からの支援</w:t>
            </w:r>
          </w:p>
        </w:tc>
      </w:tr>
      <w:tr w:rsidR="003F2201" w:rsidRPr="00AC54A9" w14:paraId="2F64340B" w14:textId="77777777">
        <w:trPr>
          <w:cantSplit/>
          <w:jc w:val="center"/>
        </w:trPr>
        <w:tc>
          <w:tcPr>
            <w:tcW w:w="5102" w:type="dxa"/>
            <w:tcMar>
              <w:top w:w="35" w:type="dxa"/>
              <w:left w:w="65" w:type="dxa"/>
              <w:bottom w:w="35" w:type="dxa"/>
              <w:right w:w="65" w:type="dxa"/>
            </w:tcMar>
          </w:tcPr>
          <w:p w14:paraId="2A8A4206"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金融機関からの融資</w:t>
            </w:r>
          </w:p>
        </w:tc>
        <w:tc>
          <w:tcPr>
            <w:tcW w:w="5102" w:type="dxa"/>
            <w:tcMar>
              <w:top w:w="35" w:type="dxa"/>
              <w:left w:w="65" w:type="dxa"/>
              <w:bottom w:w="35" w:type="dxa"/>
              <w:right w:w="65" w:type="dxa"/>
            </w:tcMar>
          </w:tcPr>
          <w:p w14:paraId="1513B06E"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未定</w:t>
            </w:r>
            <w:proofErr w:type="spellEnd"/>
          </w:p>
        </w:tc>
      </w:tr>
      <w:tr w:rsidR="003F2201" w:rsidRPr="00AC54A9" w14:paraId="2FFB808D" w14:textId="77777777">
        <w:trPr>
          <w:cantSplit/>
          <w:jc w:val="center"/>
        </w:trPr>
        <w:tc>
          <w:tcPr>
            <w:tcW w:w="5102" w:type="dxa"/>
            <w:tcMar>
              <w:top w:w="35" w:type="dxa"/>
              <w:left w:w="65" w:type="dxa"/>
              <w:bottom w:w="35" w:type="dxa"/>
              <w:right w:w="65" w:type="dxa"/>
            </w:tcMar>
          </w:tcPr>
          <w:p w14:paraId="322D59C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補助金・助成金</w:t>
            </w:r>
          </w:p>
        </w:tc>
        <w:tc>
          <w:tcPr>
            <w:tcW w:w="5102" w:type="dxa"/>
            <w:tcMar>
              <w:top w:w="35" w:type="dxa"/>
              <w:left w:w="65" w:type="dxa"/>
              <w:bottom w:w="35" w:type="dxa"/>
              <w:right w:w="65" w:type="dxa"/>
            </w:tcMar>
          </w:tcPr>
          <w:p w14:paraId="10DAABBF"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その他（　　　　　　　　　　　　）</w:t>
            </w:r>
          </w:p>
        </w:tc>
      </w:tr>
    </w:tbl>
    <w:p w14:paraId="5E7F639C" w14:textId="77777777" w:rsidR="003F2201" w:rsidRPr="00AC54A9" w:rsidRDefault="003F2201">
      <w:pPr>
        <w:rPr>
          <w:rFonts w:ascii="BIZ UDPゴシック" w:eastAsia="BIZ UDPゴシック" w:hAnsi="BIZ UDPゴシック"/>
          <w:lang w:eastAsia="ja-JP"/>
        </w:rPr>
      </w:pPr>
    </w:p>
    <w:p w14:paraId="581D2EF6"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6CB11372" w14:textId="77777777">
        <w:trPr>
          <w:jc w:val="center"/>
        </w:trPr>
        <w:tc>
          <w:tcPr>
            <w:tcW w:w="10204" w:type="dxa"/>
            <w:shd w:val="clear" w:color="auto" w:fill="E7E6E6"/>
            <w:tcMar>
              <w:top w:w="90" w:type="dxa"/>
              <w:left w:w="120" w:type="dxa"/>
              <w:bottom w:w="90" w:type="dxa"/>
              <w:right w:w="120" w:type="dxa"/>
            </w:tcMar>
          </w:tcPr>
          <w:p w14:paraId="729F84A8"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 xml:space="preserve">6-4 </w:t>
            </w:r>
            <w:proofErr w:type="spellStart"/>
            <w:r w:rsidRPr="00AC54A9">
              <w:rPr>
                <w:rFonts w:ascii="BIZ UDPゴシック" w:eastAsia="BIZ UDPゴシック" w:hAnsi="BIZ UDPゴシック"/>
                <w:b/>
                <w:sz w:val="25"/>
              </w:rPr>
              <w:t>資金計画</w:t>
            </w:r>
            <w:proofErr w:type="spellEnd"/>
          </w:p>
        </w:tc>
      </w:tr>
    </w:tbl>
    <w:p w14:paraId="6043E457" w14:textId="77777777" w:rsidR="003F2201" w:rsidRPr="00AC54A9" w:rsidRDefault="003F2201">
      <w:pPr>
        <w:rPr>
          <w:rFonts w:ascii="BIZ UDPゴシック" w:eastAsia="BIZ UDPゴシック" w:hAnsi="BIZ UDPゴシック"/>
        </w:rPr>
      </w:pPr>
    </w:p>
    <w:p w14:paraId="279BB50C" w14:textId="77777777" w:rsidR="003F2201" w:rsidRPr="00AC54A9" w:rsidRDefault="004B21C0">
      <w:pPr>
        <w:spacing w:after="40"/>
        <w:jc w:val="right"/>
        <w:rPr>
          <w:rFonts w:ascii="BIZ UDPゴシック" w:eastAsia="BIZ UDPゴシック" w:hAnsi="BIZ UDPゴシック"/>
        </w:rPr>
      </w:pPr>
      <w:r w:rsidRPr="00AC54A9">
        <w:rPr>
          <w:rFonts w:ascii="BIZ UDPゴシック" w:eastAsia="BIZ UDPゴシック" w:hAnsi="BIZ UDPゴシック"/>
          <w:sz w:val="19"/>
        </w:rPr>
        <w:t>（単位：万円）</w:t>
      </w:r>
    </w:p>
    <w:tbl>
      <w:tblPr>
        <w:tblW w:w="0" w:type="auto"/>
        <w:jc w:val="center"/>
        <w:tblBorders>
          <w:top w:val="single" w:sz="8" w:space="0" w:color="606060"/>
          <w:left w:val="single" w:sz="8" w:space="0" w:color="606060"/>
          <w:bottom w:val="single" w:sz="8" w:space="0" w:color="606060"/>
          <w:right w:val="single" w:sz="8" w:space="0" w:color="606060"/>
          <w:insideH w:val="single" w:sz="8" w:space="0" w:color="606060"/>
          <w:insideV w:val="single" w:sz="8" w:space="0" w:color="606060"/>
        </w:tblBorders>
        <w:tblLayout w:type="fixed"/>
        <w:tblLook w:val="04A0" w:firstRow="1" w:lastRow="0" w:firstColumn="1" w:lastColumn="0" w:noHBand="0" w:noVBand="1"/>
      </w:tblPr>
      <w:tblGrid>
        <w:gridCol w:w="1757"/>
        <w:gridCol w:w="2211"/>
        <w:gridCol w:w="1701"/>
        <w:gridCol w:w="1701"/>
        <w:gridCol w:w="2324"/>
        <w:gridCol w:w="1701"/>
      </w:tblGrid>
      <w:tr w:rsidR="003F2201" w:rsidRPr="00AC54A9" w14:paraId="64F4DA56" w14:textId="77777777">
        <w:trPr>
          <w:jc w:val="center"/>
        </w:trPr>
        <w:tc>
          <w:tcPr>
            <w:tcW w:w="5103" w:type="dxa"/>
            <w:gridSpan w:val="3"/>
            <w:shd w:val="clear" w:color="auto" w:fill="E7E6E6"/>
          </w:tcPr>
          <w:p w14:paraId="1B7D663A"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rPr>
              <w:t>必要な資金</w:t>
            </w:r>
          </w:p>
        </w:tc>
        <w:tc>
          <w:tcPr>
            <w:tcW w:w="5103" w:type="dxa"/>
            <w:gridSpan w:val="3"/>
            <w:shd w:val="clear" w:color="auto" w:fill="E7E6E6"/>
          </w:tcPr>
          <w:p w14:paraId="34C782E2"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rPr>
              <w:t>資金の調達</w:t>
            </w:r>
          </w:p>
        </w:tc>
      </w:tr>
      <w:tr w:rsidR="003F2201" w:rsidRPr="00AC54A9" w14:paraId="7133EE99" w14:textId="77777777">
        <w:trPr>
          <w:jc w:val="center"/>
        </w:trPr>
        <w:tc>
          <w:tcPr>
            <w:tcW w:w="1701" w:type="dxa"/>
            <w:shd w:val="clear" w:color="auto" w:fill="F2F2F2"/>
          </w:tcPr>
          <w:p w14:paraId="206904F6"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項目</w:t>
            </w:r>
          </w:p>
        </w:tc>
        <w:tc>
          <w:tcPr>
            <w:tcW w:w="1701" w:type="dxa"/>
            <w:shd w:val="clear" w:color="auto" w:fill="F2F2F2"/>
          </w:tcPr>
          <w:p w14:paraId="77F02489"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内訳</w:t>
            </w:r>
          </w:p>
        </w:tc>
        <w:tc>
          <w:tcPr>
            <w:tcW w:w="1701" w:type="dxa"/>
            <w:shd w:val="clear" w:color="auto" w:fill="F2F2F2"/>
          </w:tcPr>
          <w:p w14:paraId="52B68D6F"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金額</w:t>
            </w:r>
          </w:p>
        </w:tc>
        <w:tc>
          <w:tcPr>
            <w:tcW w:w="1701" w:type="dxa"/>
            <w:shd w:val="clear" w:color="auto" w:fill="F2F2F2"/>
          </w:tcPr>
          <w:p w14:paraId="405CCA4B"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項目</w:t>
            </w:r>
          </w:p>
        </w:tc>
        <w:tc>
          <w:tcPr>
            <w:tcW w:w="1701" w:type="dxa"/>
            <w:shd w:val="clear" w:color="auto" w:fill="F2F2F2"/>
          </w:tcPr>
          <w:p w14:paraId="42C97976"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内訳・返済方法</w:t>
            </w:r>
          </w:p>
        </w:tc>
        <w:tc>
          <w:tcPr>
            <w:tcW w:w="1701" w:type="dxa"/>
            <w:shd w:val="clear" w:color="auto" w:fill="F2F2F2"/>
          </w:tcPr>
          <w:p w14:paraId="46457204"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9"/>
              </w:rPr>
              <w:t>金額</w:t>
            </w:r>
          </w:p>
        </w:tc>
      </w:tr>
      <w:tr w:rsidR="003F2201" w:rsidRPr="00AC54A9" w14:paraId="57279D38" w14:textId="77777777">
        <w:trPr>
          <w:cantSplit/>
          <w:trHeight w:val="2721"/>
          <w:jc w:val="center"/>
        </w:trPr>
        <w:tc>
          <w:tcPr>
            <w:tcW w:w="1757" w:type="dxa"/>
            <w:tcMar>
              <w:top w:w="70" w:type="dxa"/>
              <w:left w:w="70" w:type="dxa"/>
              <w:bottom w:w="70" w:type="dxa"/>
              <w:right w:w="70" w:type="dxa"/>
            </w:tcMar>
          </w:tcPr>
          <w:p w14:paraId="70555A0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18"/>
              </w:rPr>
              <w:t>① 設備資金</w:t>
            </w:r>
            <w:r w:rsidRPr="00AC54A9">
              <w:rPr>
                <w:rFonts w:ascii="BIZ UDPゴシック" w:eastAsia="BIZ UDPゴシック" w:hAnsi="BIZ UDPゴシック"/>
                <w:sz w:val="18"/>
              </w:rPr>
              <w:br/>
              <w:t>内外装工事費</w:t>
            </w:r>
            <w:r w:rsidRPr="00AC54A9">
              <w:rPr>
                <w:rFonts w:ascii="BIZ UDPゴシック" w:eastAsia="BIZ UDPゴシック" w:hAnsi="BIZ UDPゴシック"/>
                <w:sz w:val="18"/>
              </w:rPr>
              <w:br/>
              <w:t>保証金等</w:t>
            </w:r>
            <w:r w:rsidRPr="00AC54A9">
              <w:rPr>
                <w:rFonts w:ascii="BIZ UDPゴシック" w:eastAsia="BIZ UDPゴシック" w:hAnsi="BIZ UDPゴシック"/>
                <w:sz w:val="18"/>
              </w:rPr>
              <w:br/>
              <w:t>機械設備</w:t>
            </w:r>
            <w:r w:rsidRPr="00AC54A9">
              <w:rPr>
                <w:rFonts w:ascii="BIZ UDPゴシック" w:eastAsia="BIZ UDPゴシック" w:hAnsi="BIZ UDPゴシック"/>
                <w:sz w:val="18"/>
              </w:rPr>
              <w:br/>
              <w:t>什器備品</w:t>
            </w:r>
            <w:r w:rsidRPr="00AC54A9">
              <w:rPr>
                <w:rFonts w:ascii="BIZ UDPゴシック" w:eastAsia="BIZ UDPゴシック" w:hAnsi="BIZ UDPゴシック"/>
                <w:sz w:val="18"/>
              </w:rPr>
              <w:br/>
              <w:t>車両等</w:t>
            </w:r>
          </w:p>
        </w:tc>
        <w:tc>
          <w:tcPr>
            <w:tcW w:w="2211" w:type="dxa"/>
            <w:tcMar>
              <w:top w:w="70" w:type="dxa"/>
              <w:left w:w="70" w:type="dxa"/>
              <w:bottom w:w="70" w:type="dxa"/>
              <w:right w:w="70" w:type="dxa"/>
            </w:tcMar>
          </w:tcPr>
          <w:p w14:paraId="156C3895"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tcPr>
          <w:p w14:paraId="73C364D9" w14:textId="77777777" w:rsidR="003F2201" w:rsidRPr="00AC54A9" w:rsidRDefault="003F2201">
            <w:pPr>
              <w:rPr>
                <w:rFonts w:ascii="BIZ UDPゴシック" w:eastAsia="BIZ UDPゴシック" w:hAnsi="BIZ UDPゴシック"/>
              </w:rPr>
            </w:pPr>
          </w:p>
        </w:tc>
        <w:tc>
          <w:tcPr>
            <w:tcW w:w="1644" w:type="dxa"/>
            <w:tcMar>
              <w:top w:w="70" w:type="dxa"/>
              <w:left w:w="70" w:type="dxa"/>
              <w:bottom w:w="70" w:type="dxa"/>
              <w:right w:w="70" w:type="dxa"/>
            </w:tcMar>
          </w:tcPr>
          <w:p w14:paraId="2A00C5EE"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18"/>
              </w:rPr>
              <w:t>① 自己資金</w:t>
            </w:r>
          </w:p>
        </w:tc>
        <w:tc>
          <w:tcPr>
            <w:tcW w:w="2324" w:type="dxa"/>
            <w:tcMar>
              <w:top w:w="70" w:type="dxa"/>
              <w:left w:w="70" w:type="dxa"/>
              <w:bottom w:w="70" w:type="dxa"/>
              <w:right w:w="70" w:type="dxa"/>
            </w:tcMar>
          </w:tcPr>
          <w:p w14:paraId="7AB600EB"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tcPr>
          <w:p w14:paraId="334E1FD2" w14:textId="77777777" w:rsidR="003F2201" w:rsidRPr="00AC54A9" w:rsidRDefault="003F2201">
            <w:pPr>
              <w:rPr>
                <w:rFonts w:ascii="BIZ UDPゴシック" w:eastAsia="BIZ UDPゴシック" w:hAnsi="BIZ UDPゴシック"/>
              </w:rPr>
            </w:pPr>
          </w:p>
        </w:tc>
      </w:tr>
      <w:tr w:rsidR="003F2201" w:rsidRPr="00AC54A9" w14:paraId="3B518BCF" w14:textId="77777777">
        <w:trPr>
          <w:cantSplit/>
          <w:trHeight w:val="737"/>
          <w:jc w:val="center"/>
        </w:trPr>
        <w:tc>
          <w:tcPr>
            <w:tcW w:w="1757" w:type="dxa"/>
            <w:tcMar>
              <w:top w:w="70" w:type="dxa"/>
              <w:left w:w="70" w:type="dxa"/>
              <w:bottom w:w="70" w:type="dxa"/>
              <w:right w:w="70" w:type="dxa"/>
            </w:tcMar>
            <w:vAlign w:val="center"/>
          </w:tcPr>
          <w:p w14:paraId="25C756B2"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8"/>
              </w:rPr>
              <w:t>小計</w:t>
            </w:r>
          </w:p>
        </w:tc>
        <w:tc>
          <w:tcPr>
            <w:tcW w:w="2211" w:type="dxa"/>
            <w:tcMar>
              <w:top w:w="70" w:type="dxa"/>
              <w:left w:w="70" w:type="dxa"/>
              <w:bottom w:w="70" w:type="dxa"/>
              <w:right w:w="70" w:type="dxa"/>
            </w:tcMar>
            <w:vAlign w:val="center"/>
          </w:tcPr>
          <w:p w14:paraId="6B55ACF9"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50D9C325" w14:textId="77777777" w:rsidR="003F2201" w:rsidRPr="00AC54A9" w:rsidRDefault="003F2201">
            <w:pPr>
              <w:rPr>
                <w:rFonts w:ascii="BIZ UDPゴシック" w:eastAsia="BIZ UDPゴシック" w:hAnsi="BIZ UDPゴシック"/>
              </w:rPr>
            </w:pPr>
          </w:p>
        </w:tc>
        <w:tc>
          <w:tcPr>
            <w:tcW w:w="1644" w:type="dxa"/>
            <w:tcMar>
              <w:top w:w="70" w:type="dxa"/>
              <w:left w:w="70" w:type="dxa"/>
              <w:bottom w:w="70" w:type="dxa"/>
              <w:right w:w="70" w:type="dxa"/>
            </w:tcMar>
            <w:vAlign w:val="center"/>
          </w:tcPr>
          <w:p w14:paraId="4D20317E"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sz w:val="18"/>
              </w:rPr>
              <w:t>② 公的借入</w:t>
            </w:r>
          </w:p>
        </w:tc>
        <w:tc>
          <w:tcPr>
            <w:tcW w:w="2324" w:type="dxa"/>
            <w:tcMar>
              <w:top w:w="70" w:type="dxa"/>
              <w:left w:w="70" w:type="dxa"/>
              <w:bottom w:w="70" w:type="dxa"/>
              <w:right w:w="70" w:type="dxa"/>
            </w:tcMar>
            <w:vAlign w:val="center"/>
          </w:tcPr>
          <w:p w14:paraId="67177A73"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0AC17927" w14:textId="77777777" w:rsidR="003F2201" w:rsidRPr="00AC54A9" w:rsidRDefault="003F2201">
            <w:pPr>
              <w:rPr>
                <w:rFonts w:ascii="BIZ UDPゴシック" w:eastAsia="BIZ UDPゴシック" w:hAnsi="BIZ UDPゴシック"/>
              </w:rPr>
            </w:pPr>
          </w:p>
        </w:tc>
      </w:tr>
      <w:tr w:rsidR="003F2201" w:rsidRPr="00AC54A9" w14:paraId="513E9BAF" w14:textId="77777777">
        <w:trPr>
          <w:cantSplit/>
          <w:trHeight w:val="2041"/>
          <w:jc w:val="center"/>
        </w:trPr>
        <w:tc>
          <w:tcPr>
            <w:tcW w:w="1757" w:type="dxa"/>
            <w:tcMar>
              <w:top w:w="70" w:type="dxa"/>
              <w:left w:w="70" w:type="dxa"/>
              <w:bottom w:w="70" w:type="dxa"/>
              <w:right w:w="70" w:type="dxa"/>
            </w:tcMar>
          </w:tcPr>
          <w:p w14:paraId="426D5858"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18"/>
              </w:rPr>
              <w:t>② 運転資金</w:t>
            </w:r>
            <w:r w:rsidRPr="00AC54A9">
              <w:rPr>
                <w:rFonts w:ascii="BIZ UDPゴシック" w:eastAsia="BIZ UDPゴシック" w:hAnsi="BIZ UDPゴシック"/>
                <w:sz w:val="18"/>
              </w:rPr>
              <w:br/>
              <w:t>仕入資金</w:t>
            </w:r>
            <w:r w:rsidRPr="00AC54A9">
              <w:rPr>
                <w:rFonts w:ascii="BIZ UDPゴシック" w:eastAsia="BIZ UDPゴシック" w:hAnsi="BIZ UDPゴシック"/>
                <w:sz w:val="18"/>
              </w:rPr>
              <w:br/>
              <w:t>人件費</w:t>
            </w:r>
            <w:r w:rsidRPr="00AC54A9">
              <w:rPr>
                <w:rFonts w:ascii="BIZ UDPゴシック" w:eastAsia="BIZ UDPゴシック" w:hAnsi="BIZ UDPゴシック"/>
                <w:sz w:val="18"/>
              </w:rPr>
              <w:br/>
              <w:t>諸経費等</w:t>
            </w:r>
          </w:p>
        </w:tc>
        <w:tc>
          <w:tcPr>
            <w:tcW w:w="2211" w:type="dxa"/>
            <w:tcMar>
              <w:top w:w="70" w:type="dxa"/>
              <w:left w:w="70" w:type="dxa"/>
              <w:bottom w:w="70" w:type="dxa"/>
              <w:right w:w="70" w:type="dxa"/>
            </w:tcMar>
          </w:tcPr>
          <w:p w14:paraId="77E30121"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tcPr>
          <w:p w14:paraId="5AAF5509" w14:textId="77777777" w:rsidR="003F2201" w:rsidRPr="00AC54A9" w:rsidRDefault="003F2201">
            <w:pPr>
              <w:rPr>
                <w:rFonts w:ascii="BIZ UDPゴシック" w:eastAsia="BIZ UDPゴシック" w:hAnsi="BIZ UDPゴシック"/>
              </w:rPr>
            </w:pPr>
          </w:p>
        </w:tc>
        <w:tc>
          <w:tcPr>
            <w:tcW w:w="1644" w:type="dxa"/>
            <w:tcMar>
              <w:top w:w="70" w:type="dxa"/>
              <w:left w:w="70" w:type="dxa"/>
              <w:bottom w:w="70" w:type="dxa"/>
              <w:right w:w="70" w:type="dxa"/>
            </w:tcMar>
          </w:tcPr>
          <w:p w14:paraId="135E1277"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18"/>
              </w:rPr>
              <w:t>③ 他金融機関借入</w:t>
            </w:r>
          </w:p>
        </w:tc>
        <w:tc>
          <w:tcPr>
            <w:tcW w:w="2324" w:type="dxa"/>
            <w:tcMar>
              <w:top w:w="70" w:type="dxa"/>
              <w:left w:w="70" w:type="dxa"/>
              <w:bottom w:w="70" w:type="dxa"/>
              <w:right w:w="70" w:type="dxa"/>
            </w:tcMar>
          </w:tcPr>
          <w:p w14:paraId="1AF70AB1"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tcPr>
          <w:p w14:paraId="1261E944" w14:textId="77777777" w:rsidR="003F2201" w:rsidRPr="00AC54A9" w:rsidRDefault="003F2201">
            <w:pPr>
              <w:rPr>
                <w:rFonts w:ascii="BIZ UDPゴシック" w:eastAsia="BIZ UDPゴシック" w:hAnsi="BIZ UDPゴシック"/>
              </w:rPr>
            </w:pPr>
          </w:p>
        </w:tc>
      </w:tr>
      <w:tr w:rsidR="003F2201" w:rsidRPr="00AC54A9" w14:paraId="34D2C864" w14:textId="77777777">
        <w:trPr>
          <w:cantSplit/>
          <w:trHeight w:val="737"/>
          <w:jc w:val="center"/>
        </w:trPr>
        <w:tc>
          <w:tcPr>
            <w:tcW w:w="1757" w:type="dxa"/>
            <w:tcMar>
              <w:top w:w="70" w:type="dxa"/>
              <w:left w:w="70" w:type="dxa"/>
              <w:bottom w:w="70" w:type="dxa"/>
              <w:right w:w="70" w:type="dxa"/>
            </w:tcMar>
            <w:vAlign w:val="center"/>
          </w:tcPr>
          <w:p w14:paraId="69E77B70"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8"/>
              </w:rPr>
              <w:t>小計</w:t>
            </w:r>
          </w:p>
        </w:tc>
        <w:tc>
          <w:tcPr>
            <w:tcW w:w="2211" w:type="dxa"/>
            <w:tcMar>
              <w:top w:w="70" w:type="dxa"/>
              <w:left w:w="70" w:type="dxa"/>
              <w:bottom w:w="70" w:type="dxa"/>
              <w:right w:w="70" w:type="dxa"/>
            </w:tcMar>
            <w:vAlign w:val="center"/>
          </w:tcPr>
          <w:p w14:paraId="707762FB"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2F1D3B95" w14:textId="77777777" w:rsidR="003F2201" w:rsidRPr="00AC54A9" w:rsidRDefault="003F2201">
            <w:pPr>
              <w:rPr>
                <w:rFonts w:ascii="BIZ UDPゴシック" w:eastAsia="BIZ UDPゴシック" w:hAnsi="BIZ UDPゴシック"/>
              </w:rPr>
            </w:pPr>
          </w:p>
        </w:tc>
        <w:tc>
          <w:tcPr>
            <w:tcW w:w="1644" w:type="dxa"/>
            <w:tcMar>
              <w:top w:w="70" w:type="dxa"/>
              <w:left w:w="70" w:type="dxa"/>
              <w:bottom w:w="70" w:type="dxa"/>
              <w:right w:w="70" w:type="dxa"/>
            </w:tcMar>
            <w:vAlign w:val="center"/>
          </w:tcPr>
          <w:p w14:paraId="0F839B79"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sz w:val="18"/>
              </w:rPr>
              <w:t>④ その他借入</w:t>
            </w:r>
          </w:p>
        </w:tc>
        <w:tc>
          <w:tcPr>
            <w:tcW w:w="2324" w:type="dxa"/>
            <w:tcMar>
              <w:top w:w="70" w:type="dxa"/>
              <w:left w:w="70" w:type="dxa"/>
              <w:bottom w:w="70" w:type="dxa"/>
              <w:right w:w="70" w:type="dxa"/>
            </w:tcMar>
            <w:vAlign w:val="center"/>
          </w:tcPr>
          <w:p w14:paraId="46F02A5A"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06959DC8" w14:textId="77777777" w:rsidR="003F2201" w:rsidRPr="00AC54A9" w:rsidRDefault="003F2201">
            <w:pPr>
              <w:rPr>
                <w:rFonts w:ascii="BIZ UDPゴシック" w:eastAsia="BIZ UDPゴシック" w:hAnsi="BIZ UDPゴシック"/>
              </w:rPr>
            </w:pPr>
          </w:p>
        </w:tc>
      </w:tr>
      <w:tr w:rsidR="003F2201" w:rsidRPr="00AC54A9" w14:paraId="12DB2096" w14:textId="77777777">
        <w:trPr>
          <w:cantSplit/>
          <w:trHeight w:val="850"/>
          <w:jc w:val="center"/>
        </w:trPr>
        <w:tc>
          <w:tcPr>
            <w:tcW w:w="1757" w:type="dxa"/>
            <w:tcMar>
              <w:top w:w="70" w:type="dxa"/>
              <w:left w:w="70" w:type="dxa"/>
              <w:bottom w:w="70" w:type="dxa"/>
              <w:right w:w="70" w:type="dxa"/>
            </w:tcMar>
            <w:vAlign w:val="center"/>
          </w:tcPr>
          <w:p w14:paraId="155E69CA"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8"/>
              </w:rPr>
              <w:t>合計</w:t>
            </w:r>
          </w:p>
        </w:tc>
        <w:tc>
          <w:tcPr>
            <w:tcW w:w="2211" w:type="dxa"/>
            <w:tcMar>
              <w:top w:w="70" w:type="dxa"/>
              <w:left w:w="70" w:type="dxa"/>
              <w:bottom w:w="70" w:type="dxa"/>
              <w:right w:w="70" w:type="dxa"/>
            </w:tcMar>
            <w:vAlign w:val="center"/>
          </w:tcPr>
          <w:p w14:paraId="620D2C78"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2E6FD960" w14:textId="77777777" w:rsidR="003F2201" w:rsidRPr="00AC54A9" w:rsidRDefault="003F2201">
            <w:pPr>
              <w:rPr>
                <w:rFonts w:ascii="BIZ UDPゴシック" w:eastAsia="BIZ UDPゴシック" w:hAnsi="BIZ UDPゴシック"/>
              </w:rPr>
            </w:pPr>
          </w:p>
        </w:tc>
        <w:tc>
          <w:tcPr>
            <w:tcW w:w="1644" w:type="dxa"/>
            <w:tcMar>
              <w:top w:w="70" w:type="dxa"/>
              <w:left w:w="70" w:type="dxa"/>
              <w:bottom w:w="70" w:type="dxa"/>
              <w:right w:w="70" w:type="dxa"/>
            </w:tcMar>
            <w:vAlign w:val="center"/>
          </w:tcPr>
          <w:p w14:paraId="13F3134A" w14:textId="77777777" w:rsidR="003F2201" w:rsidRPr="00AC54A9" w:rsidRDefault="004B21C0">
            <w:pPr>
              <w:jc w:val="center"/>
              <w:rPr>
                <w:rFonts w:ascii="BIZ UDPゴシック" w:eastAsia="BIZ UDPゴシック" w:hAnsi="BIZ UDPゴシック"/>
              </w:rPr>
            </w:pPr>
            <w:r w:rsidRPr="00AC54A9">
              <w:rPr>
                <w:rFonts w:ascii="BIZ UDPゴシック" w:eastAsia="BIZ UDPゴシック" w:hAnsi="BIZ UDPゴシック"/>
                <w:b/>
                <w:sz w:val="18"/>
              </w:rPr>
              <w:t>合計</w:t>
            </w:r>
          </w:p>
        </w:tc>
        <w:tc>
          <w:tcPr>
            <w:tcW w:w="2324" w:type="dxa"/>
            <w:tcMar>
              <w:top w:w="70" w:type="dxa"/>
              <w:left w:w="70" w:type="dxa"/>
              <w:bottom w:w="70" w:type="dxa"/>
              <w:right w:w="70" w:type="dxa"/>
            </w:tcMar>
            <w:vAlign w:val="center"/>
          </w:tcPr>
          <w:p w14:paraId="6F37C86F" w14:textId="77777777" w:rsidR="003F2201" w:rsidRPr="00AC54A9" w:rsidRDefault="003F2201">
            <w:pPr>
              <w:rPr>
                <w:rFonts w:ascii="BIZ UDPゴシック" w:eastAsia="BIZ UDPゴシック" w:hAnsi="BIZ UDPゴシック"/>
              </w:rPr>
            </w:pPr>
          </w:p>
        </w:tc>
        <w:tc>
          <w:tcPr>
            <w:tcW w:w="1133" w:type="dxa"/>
            <w:tcMar>
              <w:top w:w="70" w:type="dxa"/>
              <w:left w:w="70" w:type="dxa"/>
              <w:bottom w:w="70" w:type="dxa"/>
              <w:right w:w="70" w:type="dxa"/>
            </w:tcMar>
            <w:vAlign w:val="center"/>
          </w:tcPr>
          <w:p w14:paraId="4A114043" w14:textId="77777777" w:rsidR="003F2201" w:rsidRPr="00AC54A9" w:rsidRDefault="003F2201">
            <w:pPr>
              <w:rPr>
                <w:rFonts w:ascii="BIZ UDPゴシック" w:eastAsia="BIZ UDPゴシック" w:hAnsi="BIZ UDPゴシック"/>
              </w:rPr>
            </w:pPr>
          </w:p>
        </w:tc>
      </w:tr>
    </w:tbl>
    <w:p w14:paraId="7B7DD096"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rPr>
        <w:br w:type="page"/>
      </w:r>
    </w:p>
    <w:tbl>
      <w:tblPr>
        <w:tblW w:w="0" w:type="auto"/>
        <w:jc w:val="center"/>
        <w:tblLayout w:type="fixed"/>
        <w:tblLook w:val="04A0" w:firstRow="1" w:lastRow="0" w:firstColumn="1" w:lastColumn="0" w:noHBand="0" w:noVBand="1"/>
      </w:tblPr>
      <w:tblGrid>
        <w:gridCol w:w="10204"/>
      </w:tblGrid>
      <w:tr w:rsidR="003F2201" w:rsidRPr="00AC54A9" w14:paraId="4453D6D7" w14:textId="77777777">
        <w:trPr>
          <w:jc w:val="center"/>
        </w:trPr>
        <w:tc>
          <w:tcPr>
            <w:tcW w:w="10204" w:type="dxa"/>
            <w:shd w:val="clear" w:color="auto" w:fill="E7E6E6"/>
            <w:tcMar>
              <w:top w:w="90" w:type="dxa"/>
              <w:left w:w="120" w:type="dxa"/>
              <w:bottom w:w="90" w:type="dxa"/>
              <w:right w:w="120" w:type="dxa"/>
            </w:tcMar>
          </w:tcPr>
          <w:p w14:paraId="24B8103E"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7. みらい塾について</w:t>
            </w:r>
          </w:p>
        </w:tc>
      </w:tr>
    </w:tbl>
    <w:p w14:paraId="5F65D869" w14:textId="77777777" w:rsidR="003F2201" w:rsidRPr="00AC54A9" w:rsidRDefault="003F2201">
      <w:pPr>
        <w:rPr>
          <w:rFonts w:ascii="BIZ UDPゴシック" w:eastAsia="BIZ UDPゴシック" w:hAnsi="BIZ UDPゴシック"/>
        </w:rPr>
      </w:pPr>
    </w:p>
    <w:p w14:paraId="612C19F8"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7-1 なぜ今年みらい塾を受講したいと思いましたか？</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6EC4C23D" w14:textId="77777777">
        <w:trPr>
          <w:cantSplit/>
          <w:trHeight w:val="2154"/>
          <w:jc w:val="center"/>
        </w:trPr>
        <w:tc>
          <w:tcPr>
            <w:tcW w:w="10204" w:type="dxa"/>
            <w:tcMar>
              <w:top w:w="90" w:type="dxa"/>
              <w:left w:w="100" w:type="dxa"/>
              <w:bottom w:w="90" w:type="dxa"/>
              <w:right w:w="100" w:type="dxa"/>
            </w:tcMar>
          </w:tcPr>
          <w:p w14:paraId="73ED3986" w14:textId="77777777" w:rsidR="003F2201" w:rsidRPr="00AC54A9" w:rsidRDefault="003F2201">
            <w:pPr>
              <w:rPr>
                <w:rFonts w:ascii="BIZ UDPゴシック" w:eastAsia="BIZ UDPゴシック" w:hAnsi="BIZ UDPゴシック"/>
                <w:lang w:eastAsia="ja-JP"/>
              </w:rPr>
            </w:pPr>
          </w:p>
        </w:tc>
      </w:tr>
    </w:tbl>
    <w:p w14:paraId="0D5C820B" w14:textId="77777777" w:rsidR="003F2201" w:rsidRPr="00AC54A9" w:rsidRDefault="003F2201">
      <w:pPr>
        <w:rPr>
          <w:rFonts w:ascii="BIZ UDPゴシック" w:eastAsia="BIZ UDPゴシック" w:hAnsi="BIZ UDPゴシック"/>
          <w:lang w:eastAsia="ja-JP"/>
        </w:rPr>
      </w:pPr>
    </w:p>
    <w:p w14:paraId="30F5986B"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7-2 みらい塾で解決したいことを教えてください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66F3F8A9" w14:textId="77777777">
        <w:trPr>
          <w:cantSplit/>
          <w:trHeight w:val="2154"/>
          <w:jc w:val="center"/>
        </w:trPr>
        <w:tc>
          <w:tcPr>
            <w:tcW w:w="10204" w:type="dxa"/>
            <w:tcMar>
              <w:top w:w="90" w:type="dxa"/>
              <w:left w:w="100" w:type="dxa"/>
              <w:bottom w:w="90" w:type="dxa"/>
              <w:right w:w="100" w:type="dxa"/>
            </w:tcMar>
          </w:tcPr>
          <w:p w14:paraId="58E51218" w14:textId="77777777" w:rsidR="003F2201" w:rsidRPr="00AC54A9" w:rsidRDefault="003F2201">
            <w:pPr>
              <w:rPr>
                <w:rFonts w:ascii="BIZ UDPゴシック" w:eastAsia="BIZ UDPゴシック" w:hAnsi="BIZ UDPゴシック"/>
                <w:lang w:eastAsia="ja-JP"/>
              </w:rPr>
            </w:pPr>
          </w:p>
        </w:tc>
      </w:tr>
    </w:tbl>
    <w:p w14:paraId="38975259" w14:textId="77777777" w:rsidR="003F2201" w:rsidRPr="00AC54A9" w:rsidRDefault="003F2201">
      <w:pPr>
        <w:rPr>
          <w:rFonts w:ascii="BIZ UDPゴシック" w:eastAsia="BIZ UDPゴシック" w:hAnsi="BIZ UDPゴシック"/>
          <w:lang w:eastAsia="ja-JP"/>
        </w:rPr>
      </w:pPr>
    </w:p>
    <w:p w14:paraId="203EE9D7"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7-3 みらい塾修了時にどのような状態になっていたいですか？</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40D74942" w14:textId="77777777">
        <w:trPr>
          <w:cantSplit/>
          <w:trHeight w:val="2154"/>
          <w:jc w:val="center"/>
        </w:trPr>
        <w:tc>
          <w:tcPr>
            <w:tcW w:w="10204" w:type="dxa"/>
            <w:tcMar>
              <w:top w:w="90" w:type="dxa"/>
              <w:left w:w="100" w:type="dxa"/>
              <w:bottom w:w="90" w:type="dxa"/>
              <w:right w:w="100" w:type="dxa"/>
            </w:tcMar>
          </w:tcPr>
          <w:p w14:paraId="289D97DA" w14:textId="77777777" w:rsidR="003F2201" w:rsidRPr="00AC54A9" w:rsidRDefault="003F2201">
            <w:pPr>
              <w:rPr>
                <w:rFonts w:ascii="BIZ UDPゴシック" w:eastAsia="BIZ UDPゴシック" w:hAnsi="BIZ UDPゴシック"/>
                <w:lang w:eastAsia="ja-JP"/>
              </w:rPr>
            </w:pPr>
          </w:p>
        </w:tc>
      </w:tr>
    </w:tbl>
    <w:p w14:paraId="1E223242" w14:textId="77777777" w:rsidR="003F2201" w:rsidRPr="00AC54A9" w:rsidRDefault="003F2201">
      <w:pPr>
        <w:rPr>
          <w:rFonts w:ascii="BIZ UDPゴシック" w:eastAsia="BIZ UDPゴシック" w:hAnsi="BIZ UDPゴシック"/>
          <w:lang w:eastAsia="ja-JP"/>
        </w:rPr>
      </w:pPr>
    </w:p>
    <w:p w14:paraId="20EEDA2E" w14:textId="77777777" w:rsidR="003F2201" w:rsidRPr="00AC54A9" w:rsidRDefault="004B21C0">
      <w:pPr>
        <w:spacing w:before="40" w:after="40"/>
        <w:rPr>
          <w:rFonts w:ascii="BIZ UDPゴシック" w:eastAsia="BIZ UDPゴシック" w:hAnsi="BIZ UDPゴシック"/>
          <w:lang w:eastAsia="ja-JP"/>
        </w:rPr>
      </w:pPr>
      <w:r w:rsidRPr="00AC54A9">
        <w:rPr>
          <w:rFonts w:ascii="BIZ UDPゴシック" w:eastAsia="BIZ UDPゴシック" w:hAnsi="BIZ UDPゴシック"/>
          <w:b/>
          <w:lang w:eastAsia="ja-JP"/>
        </w:rPr>
        <w:t>7-4 みらい塾を何で知りましたか？</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24F505C8" w14:textId="77777777">
        <w:trPr>
          <w:cantSplit/>
          <w:jc w:val="center"/>
        </w:trPr>
        <w:tc>
          <w:tcPr>
            <w:tcW w:w="5102" w:type="dxa"/>
            <w:tcMar>
              <w:top w:w="35" w:type="dxa"/>
              <w:left w:w="65" w:type="dxa"/>
              <w:bottom w:w="35" w:type="dxa"/>
              <w:right w:w="65" w:type="dxa"/>
            </w:tcMar>
          </w:tcPr>
          <w:p w14:paraId="0634E624"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香芝市の広報紙</w:t>
            </w:r>
            <w:proofErr w:type="spellEnd"/>
          </w:p>
        </w:tc>
        <w:tc>
          <w:tcPr>
            <w:tcW w:w="5102" w:type="dxa"/>
            <w:tcMar>
              <w:top w:w="35" w:type="dxa"/>
              <w:left w:w="65" w:type="dxa"/>
              <w:bottom w:w="35" w:type="dxa"/>
              <w:right w:w="65" w:type="dxa"/>
            </w:tcMar>
          </w:tcPr>
          <w:p w14:paraId="366D94DF"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香芝みらい塾のInstagram</w:t>
            </w:r>
          </w:p>
        </w:tc>
      </w:tr>
      <w:tr w:rsidR="003F2201" w:rsidRPr="00AC54A9" w14:paraId="7A55DF8B" w14:textId="77777777">
        <w:trPr>
          <w:cantSplit/>
          <w:jc w:val="center"/>
        </w:trPr>
        <w:tc>
          <w:tcPr>
            <w:tcW w:w="5102" w:type="dxa"/>
            <w:tcMar>
              <w:top w:w="35" w:type="dxa"/>
              <w:left w:w="65" w:type="dxa"/>
              <w:bottom w:w="35" w:type="dxa"/>
              <w:right w:w="65" w:type="dxa"/>
            </w:tcMar>
          </w:tcPr>
          <w:p w14:paraId="66EB8A2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香芝ダイスキ！</w:t>
            </w:r>
          </w:p>
        </w:tc>
        <w:tc>
          <w:tcPr>
            <w:tcW w:w="5102" w:type="dxa"/>
            <w:tcMar>
              <w:top w:w="35" w:type="dxa"/>
              <w:left w:w="65" w:type="dxa"/>
              <w:bottom w:w="35" w:type="dxa"/>
              <w:right w:w="65" w:type="dxa"/>
            </w:tcMar>
          </w:tcPr>
          <w:p w14:paraId="75207C8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友人・知人からの紹介</w:t>
            </w:r>
          </w:p>
        </w:tc>
      </w:tr>
      <w:tr w:rsidR="003F2201" w:rsidRPr="00AC54A9" w14:paraId="682A88F6" w14:textId="77777777">
        <w:trPr>
          <w:cantSplit/>
          <w:jc w:val="center"/>
        </w:trPr>
        <w:tc>
          <w:tcPr>
            <w:tcW w:w="5102" w:type="dxa"/>
            <w:tcMar>
              <w:top w:w="35" w:type="dxa"/>
              <w:left w:w="65" w:type="dxa"/>
              <w:bottom w:w="35" w:type="dxa"/>
              <w:right w:w="65" w:type="dxa"/>
            </w:tcMar>
          </w:tcPr>
          <w:p w14:paraId="4B6DC09F"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香芝みらい塾のWebページ</w:t>
            </w:r>
          </w:p>
        </w:tc>
        <w:tc>
          <w:tcPr>
            <w:tcW w:w="5102" w:type="dxa"/>
            <w:tcMar>
              <w:top w:w="35" w:type="dxa"/>
              <w:left w:w="65" w:type="dxa"/>
              <w:bottom w:w="35" w:type="dxa"/>
              <w:right w:w="65" w:type="dxa"/>
            </w:tcMar>
          </w:tcPr>
          <w:p w14:paraId="4C83679B"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その他（　　　　　　　　　　　　）</w:t>
            </w:r>
          </w:p>
        </w:tc>
      </w:tr>
      <w:tr w:rsidR="003F2201" w:rsidRPr="00AC54A9" w14:paraId="56B671E7" w14:textId="77777777">
        <w:trPr>
          <w:cantSplit/>
          <w:jc w:val="center"/>
        </w:trPr>
        <w:tc>
          <w:tcPr>
            <w:tcW w:w="5102" w:type="dxa"/>
            <w:tcMar>
              <w:top w:w="35" w:type="dxa"/>
              <w:left w:w="65" w:type="dxa"/>
              <w:bottom w:w="35" w:type="dxa"/>
              <w:right w:w="65" w:type="dxa"/>
            </w:tcMar>
          </w:tcPr>
          <w:p w14:paraId="42D53589"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香芝みらい塾のFacebook</w:t>
            </w:r>
          </w:p>
        </w:tc>
        <w:tc>
          <w:tcPr>
            <w:tcW w:w="5102" w:type="dxa"/>
            <w:tcMar>
              <w:top w:w="35" w:type="dxa"/>
              <w:left w:w="65" w:type="dxa"/>
              <w:bottom w:w="35" w:type="dxa"/>
              <w:right w:w="65" w:type="dxa"/>
            </w:tcMar>
          </w:tcPr>
          <w:p w14:paraId="08739F64" w14:textId="77777777" w:rsidR="003F2201" w:rsidRPr="00AC54A9" w:rsidRDefault="003F2201">
            <w:pPr>
              <w:rPr>
                <w:rFonts w:ascii="BIZ UDPゴシック" w:eastAsia="BIZ UDPゴシック" w:hAnsi="BIZ UDPゴシック"/>
                <w:lang w:eastAsia="ja-JP"/>
              </w:rPr>
            </w:pPr>
          </w:p>
        </w:tc>
      </w:tr>
    </w:tbl>
    <w:p w14:paraId="303C9C10" w14:textId="77777777" w:rsidR="003F2201" w:rsidRPr="00AC54A9" w:rsidRDefault="003F2201">
      <w:pPr>
        <w:rPr>
          <w:rFonts w:ascii="BIZ UDPゴシック" w:eastAsia="BIZ UDPゴシック" w:hAnsi="BIZ UDPゴシック"/>
          <w:lang w:eastAsia="ja-JP"/>
        </w:rPr>
      </w:pPr>
    </w:p>
    <w:p w14:paraId="203BCFEE"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lang w:eastAsia="ja-JP"/>
        </w:rPr>
        <w:br w:type="page"/>
      </w:r>
    </w:p>
    <w:tbl>
      <w:tblPr>
        <w:tblW w:w="0" w:type="auto"/>
        <w:jc w:val="center"/>
        <w:tblLayout w:type="fixed"/>
        <w:tblLook w:val="04A0" w:firstRow="1" w:lastRow="0" w:firstColumn="1" w:lastColumn="0" w:noHBand="0" w:noVBand="1"/>
      </w:tblPr>
      <w:tblGrid>
        <w:gridCol w:w="10204"/>
      </w:tblGrid>
      <w:tr w:rsidR="003F2201" w:rsidRPr="00AC54A9" w14:paraId="14AED274" w14:textId="77777777">
        <w:trPr>
          <w:jc w:val="center"/>
        </w:trPr>
        <w:tc>
          <w:tcPr>
            <w:tcW w:w="10204" w:type="dxa"/>
            <w:shd w:val="clear" w:color="auto" w:fill="E7E6E6"/>
            <w:tcMar>
              <w:top w:w="90" w:type="dxa"/>
              <w:left w:w="120" w:type="dxa"/>
              <w:bottom w:w="90" w:type="dxa"/>
              <w:right w:w="120" w:type="dxa"/>
            </w:tcMar>
          </w:tcPr>
          <w:p w14:paraId="31A4A731" w14:textId="77777777" w:rsidR="003F2201" w:rsidRPr="00AC54A9" w:rsidRDefault="004B21C0">
            <w:pPr>
              <w:keepNext/>
              <w:rPr>
                <w:rFonts w:ascii="BIZ UDPゴシック" w:eastAsia="BIZ UDPゴシック" w:hAnsi="BIZ UDPゴシック"/>
                <w:lang w:eastAsia="ja-JP"/>
              </w:rPr>
            </w:pPr>
            <w:r w:rsidRPr="00AC54A9">
              <w:rPr>
                <w:rFonts w:ascii="BIZ UDPゴシック" w:eastAsia="BIZ UDPゴシック" w:hAnsi="BIZ UDPゴシック"/>
                <w:b/>
                <w:sz w:val="25"/>
                <w:lang w:eastAsia="ja-JP"/>
              </w:rPr>
              <w:lastRenderedPageBreak/>
              <w:t>8. 受講に関する確認事項</w:t>
            </w:r>
          </w:p>
        </w:tc>
      </w:tr>
    </w:tbl>
    <w:p w14:paraId="11CC62D7" w14:textId="77777777" w:rsidR="003F2201" w:rsidRPr="00AC54A9" w:rsidRDefault="003F2201">
      <w:pPr>
        <w:rPr>
          <w:rFonts w:ascii="BIZ UDPゴシック" w:eastAsia="BIZ UDPゴシック" w:hAnsi="BIZ UDPゴシック"/>
          <w:lang w:eastAsia="ja-JP"/>
        </w:rPr>
      </w:pPr>
    </w:p>
    <w:p w14:paraId="68F89C82"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b/>
          <w:lang w:eastAsia="ja-JP"/>
        </w:rPr>
        <w:t>8-1 事業計画書作成や準備のために確保できる時間</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126B1D8F" w14:textId="77777777">
        <w:trPr>
          <w:cantSplit/>
          <w:jc w:val="center"/>
        </w:trPr>
        <w:tc>
          <w:tcPr>
            <w:tcW w:w="5102" w:type="dxa"/>
            <w:tcMar>
              <w:top w:w="35" w:type="dxa"/>
              <w:left w:w="65" w:type="dxa"/>
              <w:bottom w:w="35" w:type="dxa"/>
              <w:right w:w="65" w:type="dxa"/>
            </w:tcMar>
          </w:tcPr>
          <w:p w14:paraId="24990F3B"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週1時間未満</w:t>
            </w:r>
          </w:p>
        </w:tc>
        <w:tc>
          <w:tcPr>
            <w:tcW w:w="5102" w:type="dxa"/>
            <w:tcMar>
              <w:top w:w="35" w:type="dxa"/>
              <w:left w:w="65" w:type="dxa"/>
              <w:bottom w:w="35" w:type="dxa"/>
              <w:right w:w="65" w:type="dxa"/>
            </w:tcMar>
          </w:tcPr>
          <w:p w14:paraId="1EEA0268"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週3〜5時間</w:t>
            </w:r>
          </w:p>
        </w:tc>
      </w:tr>
      <w:tr w:rsidR="003F2201" w:rsidRPr="00AC54A9" w14:paraId="19D7D310" w14:textId="77777777">
        <w:trPr>
          <w:cantSplit/>
          <w:jc w:val="center"/>
        </w:trPr>
        <w:tc>
          <w:tcPr>
            <w:tcW w:w="5102" w:type="dxa"/>
            <w:tcMar>
              <w:top w:w="35" w:type="dxa"/>
              <w:left w:w="65" w:type="dxa"/>
              <w:bottom w:w="35" w:type="dxa"/>
              <w:right w:w="65" w:type="dxa"/>
            </w:tcMar>
          </w:tcPr>
          <w:p w14:paraId="3259BF42"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週1〜3時間</w:t>
            </w:r>
          </w:p>
        </w:tc>
        <w:tc>
          <w:tcPr>
            <w:tcW w:w="5102" w:type="dxa"/>
            <w:tcMar>
              <w:top w:w="35" w:type="dxa"/>
              <w:left w:w="65" w:type="dxa"/>
              <w:bottom w:w="35" w:type="dxa"/>
              <w:right w:w="65" w:type="dxa"/>
            </w:tcMar>
          </w:tcPr>
          <w:p w14:paraId="380B0551"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週5時間以上</w:t>
            </w:r>
          </w:p>
        </w:tc>
      </w:tr>
    </w:tbl>
    <w:p w14:paraId="07C8D01A" w14:textId="77777777" w:rsidR="003F2201" w:rsidRPr="00AC54A9" w:rsidRDefault="003F2201">
      <w:pPr>
        <w:rPr>
          <w:rFonts w:ascii="BIZ UDPゴシック" w:eastAsia="BIZ UDPゴシック" w:hAnsi="BIZ UDPゴシック"/>
        </w:rPr>
      </w:pPr>
    </w:p>
    <w:p w14:paraId="3DE42D44" w14:textId="77777777" w:rsidR="003F2201" w:rsidRPr="00AC54A9" w:rsidRDefault="004B21C0">
      <w:pPr>
        <w:spacing w:before="80" w:after="40"/>
        <w:rPr>
          <w:rFonts w:ascii="BIZ UDPゴシック" w:eastAsia="BIZ UDPゴシック" w:hAnsi="BIZ UDPゴシック"/>
          <w:lang w:eastAsia="ja-JP"/>
        </w:rPr>
      </w:pPr>
      <w:r w:rsidRPr="00AC54A9">
        <w:rPr>
          <w:rFonts w:ascii="BIZ UDPゴシック" w:eastAsia="BIZ UDPゴシック" w:hAnsi="BIZ UDPゴシック"/>
          <w:b/>
          <w:lang w:eastAsia="ja-JP"/>
        </w:rPr>
        <w:t>8-2 みらい塾の受講、起業に対してご家族は理解してくれていますか。</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5568940B" w14:textId="77777777">
        <w:trPr>
          <w:cantSplit/>
          <w:jc w:val="center"/>
        </w:trPr>
        <w:tc>
          <w:tcPr>
            <w:tcW w:w="5102" w:type="dxa"/>
            <w:tcMar>
              <w:top w:w="35" w:type="dxa"/>
              <w:left w:w="65" w:type="dxa"/>
              <w:bottom w:w="35" w:type="dxa"/>
              <w:right w:w="65" w:type="dxa"/>
            </w:tcMar>
          </w:tcPr>
          <w:p w14:paraId="75A96FE7"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理解を得ている</w:t>
            </w:r>
            <w:proofErr w:type="spellEnd"/>
          </w:p>
        </w:tc>
        <w:tc>
          <w:tcPr>
            <w:tcW w:w="5102" w:type="dxa"/>
            <w:tcMar>
              <w:top w:w="35" w:type="dxa"/>
              <w:left w:w="65" w:type="dxa"/>
              <w:bottom w:w="35" w:type="dxa"/>
              <w:right w:w="65" w:type="dxa"/>
            </w:tcMar>
          </w:tcPr>
          <w:p w14:paraId="0036E7D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まだ相談していない</w:t>
            </w:r>
          </w:p>
        </w:tc>
      </w:tr>
      <w:tr w:rsidR="003F2201" w:rsidRPr="00AC54A9" w14:paraId="531E879F" w14:textId="77777777">
        <w:trPr>
          <w:cantSplit/>
          <w:jc w:val="center"/>
        </w:trPr>
        <w:tc>
          <w:tcPr>
            <w:tcW w:w="5102" w:type="dxa"/>
            <w:tcMar>
              <w:top w:w="35" w:type="dxa"/>
              <w:left w:w="65" w:type="dxa"/>
              <w:bottom w:w="35" w:type="dxa"/>
              <w:right w:w="65" w:type="dxa"/>
            </w:tcMar>
          </w:tcPr>
          <w:p w14:paraId="280456A5"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現在相談中</w:t>
            </w:r>
            <w:proofErr w:type="spellEnd"/>
          </w:p>
        </w:tc>
        <w:tc>
          <w:tcPr>
            <w:tcW w:w="5102" w:type="dxa"/>
            <w:tcMar>
              <w:top w:w="35" w:type="dxa"/>
              <w:left w:w="65" w:type="dxa"/>
              <w:bottom w:w="35" w:type="dxa"/>
              <w:right w:w="65" w:type="dxa"/>
            </w:tcMar>
          </w:tcPr>
          <w:p w14:paraId="497CC857" w14:textId="77777777" w:rsidR="003F2201" w:rsidRPr="00AC54A9" w:rsidRDefault="003F2201">
            <w:pPr>
              <w:rPr>
                <w:rFonts w:ascii="BIZ UDPゴシック" w:eastAsia="BIZ UDPゴシック" w:hAnsi="BIZ UDPゴシック"/>
              </w:rPr>
            </w:pPr>
          </w:p>
        </w:tc>
      </w:tr>
    </w:tbl>
    <w:p w14:paraId="5545CCAE" w14:textId="77777777" w:rsidR="003F2201" w:rsidRPr="00AC54A9" w:rsidRDefault="003F2201">
      <w:pPr>
        <w:rPr>
          <w:rFonts w:ascii="BIZ UDPゴシック" w:eastAsia="BIZ UDPゴシック" w:hAnsi="BIZ UDPゴシック"/>
        </w:rPr>
      </w:pPr>
    </w:p>
    <w:p w14:paraId="71CA1AF5" w14:textId="77777777" w:rsidR="003F2201" w:rsidRPr="00AC54A9" w:rsidRDefault="004B21C0">
      <w:pPr>
        <w:spacing w:before="80" w:after="40"/>
        <w:rPr>
          <w:rFonts w:ascii="BIZ UDPゴシック" w:eastAsia="BIZ UDPゴシック" w:hAnsi="BIZ UDPゴシック"/>
          <w:lang w:eastAsia="ja-JP"/>
        </w:rPr>
      </w:pPr>
      <w:r w:rsidRPr="00AC54A9">
        <w:rPr>
          <w:rFonts w:ascii="BIZ UDPゴシック" w:eastAsia="BIZ UDPゴシック" w:hAnsi="BIZ UDPゴシック"/>
          <w:b/>
          <w:lang w:eastAsia="ja-JP"/>
        </w:rPr>
        <w:t>8-3 香芝みらい塾では主な連絡手段としてLINEを利用します</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0C2A5144" w14:textId="77777777">
        <w:trPr>
          <w:cantSplit/>
          <w:jc w:val="center"/>
        </w:trPr>
        <w:tc>
          <w:tcPr>
            <w:tcW w:w="5102" w:type="dxa"/>
            <w:tcMar>
              <w:top w:w="35" w:type="dxa"/>
              <w:left w:w="65" w:type="dxa"/>
              <w:bottom w:w="35" w:type="dxa"/>
              <w:right w:w="65" w:type="dxa"/>
            </w:tcMar>
          </w:tcPr>
          <w:p w14:paraId="71790A7C"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同意する</w:t>
            </w:r>
            <w:proofErr w:type="spellEnd"/>
          </w:p>
        </w:tc>
        <w:tc>
          <w:tcPr>
            <w:tcW w:w="5102" w:type="dxa"/>
            <w:tcMar>
              <w:top w:w="35" w:type="dxa"/>
              <w:left w:w="65" w:type="dxa"/>
              <w:bottom w:w="35" w:type="dxa"/>
              <w:right w:w="65" w:type="dxa"/>
            </w:tcMar>
          </w:tcPr>
          <w:p w14:paraId="4B941D06"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事前相談を希望する</w:t>
            </w:r>
          </w:p>
        </w:tc>
      </w:tr>
    </w:tbl>
    <w:p w14:paraId="4E7C4843" w14:textId="77777777" w:rsidR="003F2201" w:rsidRPr="00AC54A9" w:rsidRDefault="003F2201">
      <w:pPr>
        <w:rPr>
          <w:rFonts w:ascii="BIZ UDPゴシック" w:eastAsia="BIZ UDPゴシック" w:hAnsi="BIZ UDPゴシック"/>
          <w:lang w:eastAsia="ja-JP"/>
        </w:rPr>
      </w:pPr>
    </w:p>
    <w:p w14:paraId="10ED12C7" w14:textId="77777777" w:rsidR="003F2201" w:rsidRPr="00AC54A9" w:rsidRDefault="004B21C0">
      <w:pPr>
        <w:spacing w:before="80" w:after="40"/>
        <w:rPr>
          <w:rFonts w:ascii="BIZ UDPゴシック" w:eastAsia="BIZ UDPゴシック" w:hAnsi="BIZ UDPゴシック"/>
          <w:lang w:eastAsia="ja-JP"/>
        </w:rPr>
      </w:pPr>
      <w:r w:rsidRPr="00AC54A9">
        <w:rPr>
          <w:rFonts w:ascii="BIZ UDPゴシック" w:eastAsia="BIZ UDPゴシック" w:hAnsi="BIZ UDPゴシック"/>
          <w:b/>
          <w:lang w:eastAsia="ja-JP"/>
        </w:rPr>
        <w:t>8-4 最終プレゼンテーションへの参加意思</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3077FA6B" w14:textId="77777777">
        <w:trPr>
          <w:cantSplit/>
          <w:jc w:val="center"/>
        </w:trPr>
        <w:tc>
          <w:tcPr>
            <w:tcW w:w="5102" w:type="dxa"/>
            <w:tcMar>
              <w:top w:w="35" w:type="dxa"/>
              <w:left w:w="65" w:type="dxa"/>
              <w:bottom w:w="35" w:type="dxa"/>
              <w:right w:w="65" w:type="dxa"/>
            </w:tcMar>
          </w:tcPr>
          <w:p w14:paraId="71F60700"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最終プレゼンまで参加する意思があります</w:t>
            </w:r>
          </w:p>
        </w:tc>
        <w:tc>
          <w:tcPr>
            <w:tcW w:w="5102" w:type="dxa"/>
            <w:tcMar>
              <w:top w:w="35" w:type="dxa"/>
              <w:left w:w="65" w:type="dxa"/>
              <w:bottom w:w="35" w:type="dxa"/>
              <w:right w:w="65" w:type="dxa"/>
            </w:tcMar>
          </w:tcPr>
          <w:p w14:paraId="06777960"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難しい</w:t>
            </w:r>
            <w:proofErr w:type="spellEnd"/>
          </w:p>
        </w:tc>
      </w:tr>
    </w:tbl>
    <w:p w14:paraId="05CEAA99" w14:textId="77777777" w:rsidR="003F2201" w:rsidRPr="00AC54A9" w:rsidRDefault="003F2201">
      <w:pPr>
        <w:rPr>
          <w:rFonts w:ascii="BIZ UDPゴシック" w:eastAsia="BIZ UDPゴシック" w:hAnsi="BIZ UDPゴシック"/>
        </w:rPr>
      </w:pPr>
    </w:p>
    <w:p w14:paraId="64736D3F" w14:textId="77777777" w:rsidR="003F2201" w:rsidRPr="00AC54A9" w:rsidRDefault="004B21C0">
      <w:pPr>
        <w:spacing w:before="80" w:after="40"/>
        <w:rPr>
          <w:rFonts w:ascii="BIZ UDPゴシック" w:eastAsia="BIZ UDPゴシック" w:hAnsi="BIZ UDPゴシック"/>
          <w:lang w:eastAsia="ja-JP"/>
        </w:rPr>
      </w:pPr>
      <w:r w:rsidRPr="00AC54A9">
        <w:rPr>
          <w:rFonts w:ascii="BIZ UDPゴシック" w:eastAsia="BIZ UDPゴシック" w:hAnsi="BIZ UDPゴシック"/>
          <w:b/>
          <w:lang w:eastAsia="ja-JP"/>
        </w:rPr>
        <w:t>8-5 香芝みらい塾を受講し修了するためには、全ての講義（全8回）を受講することが必要となります。全ての回に参加することができますか？</w:t>
      </w:r>
    </w:p>
    <w:p w14:paraId="3B32F689"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color w:val="464646"/>
          <w:sz w:val="18"/>
          <w:lang w:eastAsia="ja-JP"/>
        </w:rPr>
        <w:t>要件を満たすと、特定創業支援事業の証明書の発行を受けることができます。</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02"/>
        <w:gridCol w:w="5102"/>
      </w:tblGrid>
      <w:tr w:rsidR="003F2201" w:rsidRPr="00AC54A9" w14:paraId="6635A120" w14:textId="77777777">
        <w:trPr>
          <w:cantSplit/>
          <w:jc w:val="center"/>
        </w:trPr>
        <w:tc>
          <w:tcPr>
            <w:tcW w:w="5102" w:type="dxa"/>
            <w:tcMar>
              <w:top w:w="35" w:type="dxa"/>
              <w:left w:w="65" w:type="dxa"/>
              <w:bottom w:w="35" w:type="dxa"/>
              <w:right w:w="65" w:type="dxa"/>
            </w:tcMar>
          </w:tcPr>
          <w:p w14:paraId="2D28A7C8"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sz w:val="20"/>
              </w:rPr>
              <w:t xml:space="preserve">□ </w:t>
            </w:r>
            <w:proofErr w:type="spellStart"/>
            <w:r w:rsidRPr="00AC54A9">
              <w:rPr>
                <w:rFonts w:ascii="BIZ UDPゴシック" w:eastAsia="BIZ UDPゴシック" w:hAnsi="BIZ UDPゴシック"/>
                <w:sz w:val="20"/>
              </w:rPr>
              <w:t>原則全日程参加可能</w:t>
            </w:r>
            <w:proofErr w:type="spellEnd"/>
          </w:p>
        </w:tc>
        <w:tc>
          <w:tcPr>
            <w:tcW w:w="5102" w:type="dxa"/>
            <w:tcMar>
              <w:top w:w="35" w:type="dxa"/>
              <w:left w:w="65" w:type="dxa"/>
              <w:bottom w:w="35" w:type="dxa"/>
              <w:right w:w="65" w:type="dxa"/>
            </w:tcMar>
          </w:tcPr>
          <w:p w14:paraId="0BB97E79"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一部欠席予定あり（詳細記載）</w:t>
            </w:r>
          </w:p>
        </w:tc>
      </w:tr>
    </w:tbl>
    <w:p w14:paraId="3273392B" w14:textId="77777777" w:rsidR="003F2201" w:rsidRPr="00AC54A9" w:rsidRDefault="003F2201">
      <w:pPr>
        <w:rPr>
          <w:rFonts w:ascii="BIZ UDPゴシック" w:eastAsia="BIZ UDPゴシック" w:hAnsi="BIZ UDPゴシック"/>
          <w:lang w:eastAsia="ja-JP"/>
        </w:rPr>
      </w:pPr>
    </w:p>
    <w:p w14:paraId="0964F9B8" w14:textId="77777777" w:rsidR="003F2201" w:rsidRPr="00AC54A9" w:rsidRDefault="004B21C0">
      <w:pPr>
        <w:keepNext/>
        <w:spacing w:before="40" w:after="20"/>
        <w:rPr>
          <w:rFonts w:ascii="BIZ UDPゴシック" w:eastAsia="BIZ UDPゴシック" w:hAnsi="BIZ UDPゴシック"/>
        </w:rPr>
      </w:pPr>
      <w:proofErr w:type="spellStart"/>
      <w:r w:rsidRPr="00AC54A9">
        <w:rPr>
          <w:rFonts w:ascii="BIZ UDPゴシック" w:eastAsia="BIZ UDPゴシック" w:hAnsi="BIZ UDPゴシック"/>
          <w:b/>
        </w:rPr>
        <w:t>欠席予定の回・理由等</w:t>
      </w:r>
      <w:proofErr w:type="spellEnd"/>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28C1CD5D" w14:textId="77777777">
        <w:trPr>
          <w:cantSplit/>
          <w:trHeight w:val="1531"/>
          <w:jc w:val="center"/>
        </w:trPr>
        <w:tc>
          <w:tcPr>
            <w:tcW w:w="10204" w:type="dxa"/>
            <w:tcMar>
              <w:top w:w="90" w:type="dxa"/>
              <w:left w:w="100" w:type="dxa"/>
              <w:bottom w:w="90" w:type="dxa"/>
              <w:right w:w="100" w:type="dxa"/>
            </w:tcMar>
          </w:tcPr>
          <w:p w14:paraId="01CCCC2F" w14:textId="77777777" w:rsidR="003F2201" w:rsidRPr="00AC54A9" w:rsidRDefault="003F2201">
            <w:pPr>
              <w:rPr>
                <w:rFonts w:ascii="BIZ UDPゴシック" w:eastAsia="BIZ UDPゴシック" w:hAnsi="BIZ UDPゴシック"/>
              </w:rPr>
            </w:pPr>
          </w:p>
        </w:tc>
      </w:tr>
    </w:tbl>
    <w:p w14:paraId="2DF03BA9" w14:textId="77777777" w:rsidR="003F2201" w:rsidRPr="00AC54A9" w:rsidRDefault="003F2201">
      <w:pPr>
        <w:rPr>
          <w:rFonts w:ascii="BIZ UDPゴシック" w:eastAsia="BIZ UDPゴシック" w:hAnsi="BIZ UDPゴシック"/>
        </w:rPr>
      </w:pPr>
    </w:p>
    <w:p w14:paraId="742D88D3" w14:textId="77777777" w:rsidR="003F2201" w:rsidRPr="00AC54A9" w:rsidRDefault="004B21C0">
      <w:pPr>
        <w:rPr>
          <w:rFonts w:ascii="BIZ UDPゴシック" w:eastAsia="BIZ UDPゴシック" w:hAnsi="BIZ UDPゴシック"/>
        </w:rPr>
      </w:pPr>
      <w:r w:rsidRPr="00AC54A9">
        <w:rPr>
          <w:rFonts w:ascii="BIZ UDPゴシック" w:eastAsia="BIZ UDPゴシック" w:hAnsi="BIZ UDPゴシック"/>
        </w:rPr>
        <w:br w:type="page"/>
      </w:r>
    </w:p>
    <w:tbl>
      <w:tblPr>
        <w:tblW w:w="0" w:type="auto"/>
        <w:jc w:val="center"/>
        <w:tblLayout w:type="fixed"/>
        <w:tblLook w:val="04A0" w:firstRow="1" w:lastRow="0" w:firstColumn="1" w:lastColumn="0" w:noHBand="0" w:noVBand="1"/>
      </w:tblPr>
      <w:tblGrid>
        <w:gridCol w:w="10204"/>
      </w:tblGrid>
      <w:tr w:rsidR="003F2201" w:rsidRPr="00AC54A9" w14:paraId="65836260" w14:textId="77777777">
        <w:trPr>
          <w:jc w:val="center"/>
        </w:trPr>
        <w:tc>
          <w:tcPr>
            <w:tcW w:w="10204" w:type="dxa"/>
            <w:shd w:val="clear" w:color="auto" w:fill="E7E6E6"/>
            <w:tcMar>
              <w:top w:w="90" w:type="dxa"/>
              <w:left w:w="120" w:type="dxa"/>
              <w:bottom w:w="90" w:type="dxa"/>
              <w:right w:w="120" w:type="dxa"/>
            </w:tcMar>
          </w:tcPr>
          <w:p w14:paraId="11E6FCF8" w14:textId="77777777" w:rsidR="003F2201" w:rsidRPr="00AC54A9" w:rsidRDefault="004B21C0">
            <w:pPr>
              <w:keepNext/>
              <w:rPr>
                <w:rFonts w:ascii="BIZ UDPゴシック" w:eastAsia="BIZ UDPゴシック" w:hAnsi="BIZ UDPゴシック"/>
              </w:rPr>
            </w:pPr>
            <w:r w:rsidRPr="00AC54A9">
              <w:rPr>
                <w:rFonts w:ascii="BIZ UDPゴシック" w:eastAsia="BIZ UDPゴシック" w:hAnsi="BIZ UDPゴシック"/>
                <w:b/>
                <w:sz w:val="25"/>
              </w:rPr>
              <w:lastRenderedPageBreak/>
              <w:t>9. 自由記述</w:t>
            </w:r>
          </w:p>
        </w:tc>
      </w:tr>
    </w:tbl>
    <w:p w14:paraId="7C61E41F" w14:textId="77777777" w:rsidR="003F2201" w:rsidRPr="00AC54A9" w:rsidRDefault="003F2201">
      <w:pPr>
        <w:rPr>
          <w:rFonts w:ascii="BIZ UDPゴシック" w:eastAsia="BIZ UDPゴシック" w:hAnsi="BIZ UDPゴシック"/>
        </w:rPr>
      </w:pPr>
    </w:p>
    <w:p w14:paraId="52798501" w14:textId="77777777" w:rsidR="003F2201" w:rsidRPr="00AC54A9" w:rsidRDefault="004B21C0">
      <w:pPr>
        <w:keepNext/>
        <w:spacing w:before="40" w:after="20"/>
        <w:rPr>
          <w:rFonts w:ascii="BIZ UDPゴシック" w:eastAsia="BIZ UDPゴシック" w:hAnsi="BIZ UDPゴシック"/>
          <w:lang w:eastAsia="ja-JP"/>
        </w:rPr>
      </w:pPr>
      <w:r w:rsidRPr="00AC54A9">
        <w:rPr>
          <w:rFonts w:ascii="BIZ UDPゴシック" w:eastAsia="BIZ UDPゴシック" w:hAnsi="BIZ UDPゴシック"/>
          <w:b/>
          <w:lang w:eastAsia="ja-JP"/>
        </w:rPr>
        <w:t>あなたの事業に対する想いや意気込みがあれば自由にご記入ください。</w:t>
      </w:r>
    </w:p>
    <w:tbl>
      <w:tblPr>
        <w:tblW w:w="0" w:type="auto"/>
        <w:jc w:val="center"/>
        <w:tblBorders>
          <w:top w:val="single" w:sz="8" w:space="0" w:color="808080"/>
          <w:left w:val="single" w:sz="8" w:space="0" w:color="808080"/>
          <w:bottom w:val="single" w:sz="8" w:space="0" w:color="808080"/>
          <w:right w:val="single" w:sz="8" w:space="0" w:color="808080"/>
        </w:tblBorders>
        <w:tblLayout w:type="fixed"/>
        <w:tblLook w:val="04A0" w:firstRow="1" w:lastRow="0" w:firstColumn="1" w:lastColumn="0" w:noHBand="0" w:noVBand="1"/>
      </w:tblPr>
      <w:tblGrid>
        <w:gridCol w:w="10204"/>
      </w:tblGrid>
      <w:tr w:rsidR="003F2201" w:rsidRPr="00AC54A9" w14:paraId="0F095958" w14:textId="77777777">
        <w:trPr>
          <w:cantSplit/>
          <w:trHeight w:val="3969"/>
          <w:jc w:val="center"/>
        </w:trPr>
        <w:tc>
          <w:tcPr>
            <w:tcW w:w="10204" w:type="dxa"/>
            <w:tcMar>
              <w:top w:w="90" w:type="dxa"/>
              <w:left w:w="100" w:type="dxa"/>
              <w:bottom w:w="90" w:type="dxa"/>
              <w:right w:w="100" w:type="dxa"/>
            </w:tcMar>
          </w:tcPr>
          <w:p w14:paraId="1AF04810" w14:textId="77777777" w:rsidR="003F2201" w:rsidRPr="00AC54A9" w:rsidRDefault="003F2201">
            <w:pPr>
              <w:rPr>
                <w:rFonts w:ascii="BIZ UDPゴシック" w:eastAsia="BIZ UDPゴシック" w:hAnsi="BIZ UDPゴシック"/>
                <w:lang w:eastAsia="ja-JP"/>
              </w:rPr>
            </w:pPr>
          </w:p>
        </w:tc>
      </w:tr>
    </w:tbl>
    <w:p w14:paraId="74B53C0A" w14:textId="77777777" w:rsidR="003F2201" w:rsidRPr="00AC54A9" w:rsidRDefault="003F2201">
      <w:pPr>
        <w:rPr>
          <w:rFonts w:ascii="BIZ UDPゴシック" w:eastAsia="BIZ UDPゴシック" w:hAnsi="BIZ UDPゴシック"/>
          <w:lang w:eastAsia="ja-JP"/>
        </w:rPr>
      </w:pPr>
    </w:p>
    <w:tbl>
      <w:tblPr>
        <w:tblW w:w="0" w:type="auto"/>
        <w:jc w:val="center"/>
        <w:tblLayout w:type="fixed"/>
        <w:tblLook w:val="04A0" w:firstRow="1" w:lastRow="0" w:firstColumn="1" w:lastColumn="0" w:noHBand="0" w:noVBand="1"/>
      </w:tblPr>
      <w:tblGrid>
        <w:gridCol w:w="10204"/>
      </w:tblGrid>
      <w:tr w:rsidR="003F2201" w:rsidRPr="00AC54A9" w14:paraId="470BE349" w14:textId="77777777">
        <w:trPr>
          <w:jc w:val="center"/>
        </w:trPr>
        <w:tc>
          <w:tcPr>
            <w:tcW w:w="10204" w:type="dxa"/>
            <w:shd w:val="clear" w:color="auto" w:fill="E7E6E6"/>
            <w:tcMar>
              <w:top w:w="90" w:type="dxa"/>
              <w:left w:w="120" w:type="dxa"/>
              <w:bottom w:w="90" w:type="dxa"/>
              <w:right w:w="120" w:type="dxa"/>
            </w:tcMar>
          </w:tcPr>
          <w:p w14:paraId="67CD38E0" w14:textId="77777777" w:rsidR="003F2201" w:rsidRPr="00AC54A9" w:rsidRDefault="004B21C0">
            <w:pPr>
              <w:keepNext/>
              <w:rPr>
                <w:rFonts w:ascii="BIZ UDPゴシック" w:eastAsia="BIZ UDPゴシック" w:hAnsi="BIZ UDPゴシック"/>
                <w:lang w:eastAsia="ja-JP"/>
              </w:rPr>
            </w:pPr>
            <w:r w:rsidRPr="00AC54A9">
              <w:rPr>
                <w:rFonts w:ascii="BIZ UDPゴシック" w:eastAsia="BIZ UDPゴシック" w:hAnsi="BIZ UDPゴシック"/>
                <w:b/>
                <w:sz w:val="25"/>
                <w:lang w:eastAsia="ja-JP"/>
              </w:rPr>
              <w:t>10. 「聴講生」制度の希望について</w:t>
            </w:r>
          </w:p>
        </w:tc>
      </w:tr>
    </w:tbl>
    <w:p w14:paraId="2E1B2F4D" w14:textId="77777777" w:rsidR="003F2201" w:rsidRPr="00AC54A9" w:rsidRDefault="003F2201">
      <w:pPr>
        <w:rPr>
          <w:rFonts w:ascii="BIZ UDPゴシック" w:eastAsia="BIZ UDPゴシック" w:hAnsi="BIZ UDPゴシック"/>
          <w:lang w:eastAsia="ja-JP"/>
        </w:rPr>
      </w:pPr>
    </w:p>
    <w:p w14:paraId="63F27742" w14:textId="77777777" w:rsidR="003F2201" w:rsidRPr="00AC54A9" w:rsidRDefault="004B21C0">
      <w:pPr>
        <w:spacing w:after="60" w:line="252" w:lineRule="auto"/>
        <w:rPr>
          <w:rFonts w:ascii="BIZ UDPゴシック" w:eastAsia="BIZ UDPゴシック" w:hAnsi="BIZ UDPゴシック"/>
          <w:lang w:eastAsia="ja-JP"/>
        </w:rPr>
      </w:pPr>
      <w:r w:rsidRPr="00AC54A9">
        <w:rPr>
          <w:rFonts w:ascii="BIZ UDPゴシック" w:eastAsia="BIZ UDPゴシック" w:hAnsi="BIZ UDPゴシック"/>
          <w:sz w:val="20"/>
          <w:lang w:eastAsia="ja-JP"/>
        </w:rPr>
        <w:t>香芝みらい塾はグループディスカッションの都合上、定員6名となっています。選考に漏れた場合、創業に必要な講義のみを受講する「聴講生」制度（定員なし）があります。</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0204"/>
      </w:tblGrid>
      <w:tr w:rsidR="003F2201" w:rsidRPr="00AC54A9" w14:paraId="1BC1E188" w14:textId="77777777">
        <w:trPr>
          <w:cantSplit/>
          <w:jc w:val="center"/>
        </w:trPr>
        <w:tc>
          <w:tcPr>
            <w:tcW w:w="10204" w:type="dxa"/>
            <w:tcMar>
              <w:top w:w="35" w:type="dxa"/>
              <w:left w:w="65" w:type="dxa"/>
              <w:bottom w:w="35" w:type="dxa"/>
              <w:right w:w="65" w:type="dxa"/>
            </w:tcMar>
          </w:tcPr>
          <w:p w14:paraId="67D61A75"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受講生に選ばれなかった場合、講義のみを聴く聴講生でも受講することを希望する。</w:t>
            </w:r>
          </w:p>
        </w:tc>
      </w:tr>
      <w:tr w:rsidR="003F2201" w:rsidRPr="00AC54A9" w14:paraId="30DA0ABA" w14:textId="77777777">
        <w:trPr>
          <w:cantSplit/>
          <w:jc w:val="center"/>
        </w:trPr>
        <w:tc>
          <w:tcPr>
            <w:tcW w:w="10204" w:type="dxa"/>
            <w:tcMar>
              <w:top w:w="35" w:type="dxa"/>
              <w:left w:w="65" w:type="dxa"/>
              <w:bottom w:w="35" w:type="dxa"/>
              <w:right w:w="65" w:type="dxa"/>
            </w:tcMar>
          </w:tcPr>
          <w:p w14:paraId="77F5EEE0" w14:textId="77777777" w:rsidR="003F2201" w:rsidRPr="00AC54A9" w:rsidRDefault="004B21C0">
            <w:pPr>
              <w:rPr>
                <w:rFonts w:ascii="BIZ UDPゴシック" w:eastAsia="BIZ UDPゴシック" w:hAnsi="BIZ UDPゴシック"/>
                <w:lang w:eastAsia="ja-JP"/>
              </w:rPr>
            </w:pPr>
            <w:r w:rsidRPr="00AC54A9">
              <w:rPr>
                <w:rFonts w:ascii="BIZ UDPゴシック" w:eastAsia="BIZ UDPゴシック" w:hAnsi="BIZ UDPゴシック"/>
                <w:sz w:val="20"/>
                <w:lang w:eastAsia="ja-JP"/>
              </w:rPr>
              <w:t>□ 受講生に選ばれなかった場合、受講を辞退する。</w:t>
            </w:r>
          </w:p>
        </w:tc>
      </w:tr>
    </w:tbl>
    <w:p w14:paraId="37DA4515" w14:textId="77777777" w:rsidR="003F2201" w:rsidRPr="00AC54A9" w:rsidRDefault="003F2201">
      <w:pPr>
        <w:rPr>
          <w:rFonts w:ascii="BIZ UDPゴシック" w:eastAsia="BIZ UDPゴシック" w:hAnsi="BIZ UDPゴシック"/>
          <w:lang w:eastAsia="ja-JP"/>
        </w:rPr>
      </w:pPr>
    </w:p>
    <w:tbl>
      <w:tblPr>
        <w:tblW w:w="0" w:type="auto"/>
        <w:jc w:val="center"/>
        <w:tblLayout w:type="fixed"/>
        <w:tblLook w:val="04A0" w:firstRow="1" w:lastRow="0" w:firstColumn="1" w:lastColumn="0" w:noHBand="0" w:noVBand="1"/>
      </w:tblPr>
      <w:tblGrid>
        <w:gridCol w:w="10204"/>
      </w:tblGrid>
      <w:tr w:rsidR="003F2201" w:rsidRPr="00AC54A9" w14:paraId="482293E6" w14:textId="77777777">
        <w:trPr>
          <w:jc w:val="center"/>
        </w:trPr>
        <w:tc>
          <w:tcPr>
            <w:tcW w:w="10204" w:type="dxa"/>
            <w:shd w:val="clear" w:color="auto" w:fill="E7E6E6"/>
            <w:tcMar>
              <w:top w:w="90" w:type="dxa"/>
              <w:left w:w="120" w:type="dxa"/>
              <w:bottom w:w="90" w:type="dxa"/>
              <w:right w:w="120" w:type="dxa"/>
            </w:tcMar>
          </w:tcPr>
          <w:p w14:paraId="4B99035B" w14:textId="77777777" w:rsidR="003F2201" w:rsidRPr="00AC54A9" w:rsidRDefault="004B21C0">
            <w:pPr>
              <w:keepNext/>
              <w:rPr>
                <w:rFonts w:ascii="BIZ UDPゴシック" w:eastAsia="BIZ UDPゴシック" w:hAnsi="BIZ UDPゴシック"/>
              </w:rPr>
            </w:pPr>
            <w:proofErr w:type="spellStart"/>
            <w:r w:rsidRPr="00AC54A9">
              <w:rPr>
                <w:rFonts w:ascii="BIZ UDPゴシック" w:eastAsia="BIZ UDPゴシック" w:hAnsi="BIZ UDPゴシック"/>
                <w:b/>
                <w:sz w:val="25"/>
              </w:rPr>
              <w:t>選考について</w:t>
            </w:r>
            <w:proofErr w:type="spellEnd"/>
          </w:p>
        </w:tc>
      </w:tr>
    </w:tbl>
    <w:p w14:paraId="7190B039" w14:textId="77777777" w:rsidR="003F2201" w:rsidRPr="00AC54A9" w:rsidRDefault="003F2201">
      <w:pPr>
        <w:rPr>
          <w:rFonts w:ascii="BIZ UDPゴシック" w:eastAsia="BIZ UDPゴシック" w:hAnsi="BIZ UDPゴシック"/>
        </w:rPr>
      </w:pPr>
    </w:p>
    <w:p w14:paraId="56C57A75" w14:textId="77777777" w:rsidR="003F2201" w:rsidRPr="00AC54A9" w:rsidRDefault="004B21C0">
      <w:pPr>
        <w:spacing w:after="40"/>
        <w:rPr>
          <w:rFonts w:ascii="BIZ UDPゴシック" w:eastAsia="BIZ UDPゴシック" w:hAnsi="BIZ UDPゴシック"/>
          <w:lang w:eastAsia="ja-JP"/>
        </w:rPr>
      </w:pPr>
      <w:r w:rsidRPr="00AC54A9">
        <w:rPr>
          <w:rFonts w:ascii="BIZ UDPゴシック" w:eastAsia="BIZ UDPゴシック" w:hAnsi="BIZ UDPゴシック"/>
          <w:sz w:val="20"/>
          <w:lang w:eastAsia="ja-JP"/>
        </w:rPr>
        <w:t>応募多数の場合は、以下の観点を総合的に判断し選考を行います。</w:t>
      </w:r>
    </w:p>
    <w:p w14:paraId="70F7CF2A" w14:textId="77777777" w:rsidR="003F2201" w:rsidRPr="00AC54A9" w:rsidRDefault="004B21C0">
      <w:pPr>
        <w:spacing w:after="20"/>
        <w:ind w:left="340"/>
        <w:rPr>
          <w:rFonts w:ascii="BIZ UDPゴシック" w:eastAsia="BIZ UDPゴシック" w:hAnsi="BIZ UDPゴシック"/>
          <w:lang w:eastAsia="ja-JP"/>
        </w:rPr>
      </w:pPr>
      <w:r w:rsidRPr="00AC54A9">
        <w:rPr>
          <w:rFonts w:ascii="BIZ UDPゴシック" w:eastAsia="BIZ UDPゴシック" w:hAnsi="BIZ UDPゴシック"/>
          <w:sz w:val="19"/>
          <w:lang w:eastAsia="ja-JP"/>
        </w:rPr>
        <w:t>・事業内容の具体性</w:t>
      </w:r>
    </w:p>
    <w:p w14:paraId="6DD37757" w14:textId="77777777" w:rsidR="003F2201" w:rsidRPr="00AC54A9" w:rsidRDefault="004B21C0">
      <w:pPr>
        <w:spacing w:after="20"/>
        <w:ind w:left="340"/>
        <w:rPr>
          <w:rFonts w:ascii="BIZ UDPゴシック" w:eastAsia="BIZ UDPゴシック" w:hAnsi="BIZ UDPゴシック"/>
          <w:lang w:eastAsia="ja-JP"/>
        </w:rPr>
      </w:pPr>
      <w:r w:rsidRPr="00AC54A9">
        <w:rPr>
          <w:rFonts w:ascii="BIZ UDPゴシック" w:eastAsia="BIZ UDPゴシック" w:hAnsi="BIZ UDPゴシック"/>
          <w:sz w:val="19"/>
          <w:lang w:eastAsia="ja-JP"/>
        </w:rPr>
        <w:t>・受講意欲</w:t>
      </w:r>
    </w:p>
    <w:p w14:paraId="649632D3" w14:textId="77777777" w:rsidR="003F2201" w:rsidRPr="00AC54A9" w:rsidRDefault="004B21C0">
      <w:pPr>
        <w:spacing w:after="20"/>
        <w:ind w:left="340"/>
        <w:rPr>
          <w:rFonts w:ascii="BIZ UDPゴシック" w:eastAsia="BIZ UDPゴシック" w:hAnsi="BIZ UDPゴシック"/>
          <w:lang w:eastAsia="ja-JP"/>
        </w:rPr>
      </w:pPr>
      <w:r w:rsidRPr="00AC54A9">
        <w:rPr>
          <w:rFonts w:ascii="BIZ UDPゴシック" w:eastAsia="BIZ UDPゴシック" w:hAnsi="BIZ UDPゴシック"/>
          <w:sz w:val="19"/>
          <w:lang w:eastAsia="ja-JP"/>
        </w:rPr>
        <w:t>・事業への取り組み状況</w:t>
      </w:r>
    </w:p>
    <w:p w14:paraId="7128A9FB" w14:textId="77777777" w:rsidR="003F2201" w:rsidRPr="00AC54A9" w:rsidRDefault="004B21C0">
      <w:pPr>
        <w:spacing w:after="20"/>
        <w:ind w:left="340"/>
        <w:rPr>
          <w:rFonts w:ascii="BIZ UDPゴシック" w:eastAsia="BIZ UDPゴシック" w:hAnsi="BIZ UDPゴシック"/>
          <w:lang w:eastAsia="ja-JP"/>
        </w:rPr>
      </w:pPr>
      <w:r w:rsidRPr="00AC54A9">
        <w:rPr>
          <w:rFonts w:ascii="BIZ UDPゴシック" w:eastAsia="BIZ UDPゴシック" w:hAnsi="BIZ UDPゴシック"/>
          <w:sz w:val="19"/>
          <w:lang w:eastAsia="ja-JP"/>
        </w:rPr>
        <w:t>・創業への実現可能性</w:t>
      </w:r>
    </w:p>
    <w:p w14:paraId="400E0083" w14:textId="77777777" w:rsidR="003F2201" w:rsidRPr="00AC54A9" w:rsidRDefault="004B21C0">
      <w:pPr>
        <w:spacing w:after="20"/>
        <w:ind w:left="340"/>
        <w:rPr>
          <w:rFonts w:ascii="BIZ UDPゴシック" w:eastAsia="BIZ UDPゴシック" w:hAnsi="BIZ UDPゴシック"/>
          <w:lang w:eastAsia="ja-JP"/>
        </w:rPr>
      </w:pPr>
      <w:r w:rsidRPr="00AC54A9">
        <w:rPr>
          <w:rFonts w:ascii="BIZ UDPゴシック" w:eastAsia="BIZ UDPゴシック" w:hAnsi="BIZ UDPゴシック"/>
          <w:sz w:val="19"/>
          <w:lang w:eastAsia="ja-JP"/>
        </w:rPr>
        <w:t>・全日程への参加可否</w:t>
      </w:r>
    </w:p>
    <w:p w14:paraId="74368504" w14:textId="77777777" w:rsidR="003F2201" w:rsidRPr="00AC54A9" w:rsidRDefault="004B21C0">
      <w:pPr>
        <w:spacing w:before="40"/>
        <w:rPr>
          <w:rFonts w:ascii="BIZ UDPゴシック" w:eastAsia="BIZ UDPゴシック" w:hAnsi="BIZ UDPゴシック"/>
          <w:lang w:eastAsia="ja-JP"/>
        </w:rPr>
      </w:pPr>
      <w:r w:rsidRPr="00AC54A9">
        <w:rPr>
          <w:rFonts w:ascii="BIZ UDPゴシック" w:eastAsia="BIZ UDPゴシック" w:hAnsi="BIZ UDPゴシック"/>
          <w:color w:val="464646"/>
          <w:sz w:val="19"/>
          <w:lang w:eastAsia="ja-JP"/>
        </w:rPr>
        <w:t>なお、香芝みらい塾は起業予定者および創業後1年未満の方を主な対象としております。</w:t>
      </w:r>
    </w:p>
    <w:sectPr w:rsidR="003F2201" w:rsidRPr="00AC54A9" w:rsidSect="00034616">
      <w:footerReference w:type="default" r:id="rId8"/>
      <w:pgSz w:w="11906" w:h="16838"/>
      <w:pgMar w:top="850" w:right="850" w:bottom="964" w:left="85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387F" w14:textId="77777777" w:rsidR="004B21C0" w:rsidRDefault="004B21C0">
      <w:r>
        <w:separator/>
      </w:r>
    </w:p>
  </w:endnote>
  <w:endnote w:type="continuationSeparator" w:id="0">
    <w:p w14:paraId="5C4DB209" w14:textId="77777777" w:rsidR="004B21C0" w:rsidRDefault="004B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9DC5" w14:textId="5D67FF48" w:rsidR="003F2201" w:rsidRDefault="003F220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29E66" w14:textId="77777777" w:rsidR="004B21C0" w:rsidRDefault="004B21C0">
      <w:r>
        <w:separator/>
      </w:r>
    </w:p>
  </w:footnote>
  <w:footnote w:type="continuationSeparator" w:id="0">
    <w:p w14:paraId="0E30D885" w14:textId="77777777" w:rsidR="004B21C0" w:rsidRDefault="004B2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90655884">
    <w:abstractNumId w:val="8"/>
  </w:num>
  <w:num w:numId="2" w16cid:durableId="1695375940">
    <w:abstractNumId w:val="6"/>
  </w:num>
  <w:num w:numId="3" w16cid:durableId="2020279022">
    <w:abstractNumId w:val="5"/>
  </w:num>
  <w:num w:numId="4" w16cid:durableId="65997504">
    <w:abstractNumId w:val="4"/>
  </w:num>
  <w:num w:numId="5" w16cid:durableId="1983458912">
    <w:abstractNumId w:val="7"/>
  </w:num>
  <w:num w:numId="6" w16cid:durableId="263879727">
    <w:abstractNumId w:val="3"/>
  </w:num>
  <w:num w:numId="7" w16cid:durableId="1384792351">
    <w:abstractNumId w:val="2"/>
  </w:num>
  <w:num w:numId="8" w16cid:durableId="815336706">
    <w:abstractNumId w:val="1"/>
  </w:num>
  <w:num w:numId="9" w16cid:durableId="51708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98F"/>
    <w:rsid w:val="003F2201"/>
    <w:rsid w:val="004B21C0"/>
    <w:rsid w:val="006908E1"/>
    <w:rsid w:val="00730C4A"/>
    <w:rsid w:val="00AA1D8D"/>
    <w:rsid w:val="00AC54A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3FAF59F2"/>
  <w14:defaultImageDpi w14:val="300"/>
  <w15:docId w15:val="{8488557B-D515-4555-BD0F-A117A7B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Noto Sans CJK JP" w:eastAsia="Noto Sans CJK JP" w:hAnsi="Noto Sans CJK JP"/>
      <w:sz w:val="21"/>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香芝みらい塾2026 エントリーシート（レイアウト修正版）</dc:title>
  <dc:subject>香芝みらい塾2026 エントリーシート</dc:subject>
  <dc:creator>香芝市商工会</dc:creator>
  <cp:keywords/>
  <dc:description>generated by python-docx</dc:description>
  <cp:lastModifiedBy>浩一 渡辺</cp:lastModifiedBy>
  <cp:revision>4</cp:revision>
  <dcterms:created xsi:type="dcterms:W3CDTF">2013-12-23T23:15:00Z</dcterms:created>
  <dcterms:modified xsi:type="dcterms:W3CDTF">2026-07-22T08:09:00Z</dcterms:modified>
  <cp:category/>
</cp:coreProperties>
</file>